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41DF" w14:textId="77777777" w:rsidR="00155735" w:rsidRDefault="00155735">
      <w:pPr>
        <w:spacing w:after="240"/>
        <w:jc w:val="center"/>
        <w:rPr>
          <w:rFonts w:ascii="Calibri" w:hAnsi="Calibri" w:cs="Calibri"/>
          <w:b/>
          <w:color w:val="003366"/>
          <w:sz w:val="22"/>
          <w:lang w:val="it-IT"/>
        </w:rPr>
      </w:pPr>
    </w:p>
    <w:p w14:paraId="3E83F723" w14:textId="77777777" w:rsidR="00155735" w:rsidRPr="00155735" w:rsidRDefault="00155735" w:rsidP="00155735">
      <w:pPr>
        <w:spacing w:after="240"/>
        <w:jc w:val="right"/>
        <w:rPr>
          <w:rFonts w:ascii="Calibri" w:hAnsi="Calibri" w:cs="Calibri"/>
          <w:sz w:val="22"/>
          <w:lang w:val="it-IT"/>
        </w:rPr>
      </w:pPr>
      <w:r w:rsidRPr="00155735">
        <w:rPr>
          <w:rFonts w:ascii="Calibri" w:hAnsi="Calibri" w:cs="Calibri"/>
          <w:b/>
          <w:sz w:val="22"/>
          <w:lang w:val="it-IT"/>
        </w:rPr>
        <w:t>Spett.le Azienda Speciale Consortile B02</w:t>
      </w:r>
      <w:r w:rsidRPr="00155735">
        <w:rPr>
          <w:rFonts w:ascii="Calibri" w:hAnsi="Calibri" w:cs="Calibri"/>
          <w:b/>
          <w:sz w:val="22"/>
          <w:lang w:val="it-IT"/>
        </w:rPr>
        <w:br/>
        <w:t>PEC: aziendaconsortileb02@pec.it</w:t>
      </w:r>
    </w:p>
    <w:p w14:paraId="01ABFFE0" w14:textId="77777777" w:rsidR="00155735" w:rsidRDefault="00155735">
      <w:pPr>
        <w:spacing w:after="240"/>
        <w:jc w:val="center"/>
        <w:rPr>
          <w:rFonts w:ascii="Calibri" w:hAnsi="Calibri" w:cs="Calibri"/>
          <w:b/>
          <w:color w:val="003366"/>
          <w:sz w:val="22"/>
          <w:lang w:val="it-IT"/>
        </w:rPr>
      </w:pPr>
    </w:p>
    <w:p w14:paraId="23F94DB6" w14:textId="7A49F0E8" w:rsidR="00353841" w:rsidRPr="00631644" w:rsidRDefault="00000000">
      <w:pPr>
        <w:spacing w:after="240"/>
        <w:jc w:val="center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>MODULO UNICO SEMPLIFICATO DI DOMANDA E DICHIARAZIONE SOSTITUTIVA</w:t>
      </w:r>
      <w:r w:rsidRPr="00631644">
        <w:rPr>
          <w:rFonts w:ascii="Calibri" w:hAnsi="Calibri" w:cs="Calibri"/>
          <w:b/>
          <w:color w:val="auto"/>
          <w:sz w:val="22"/>
          <w:lang w:val="it-IT"/>
        </w:rPr>
        <w:br/>
        <w:t>ACCEDITAMENTO SERVIZIO ASSISTENZA DOMICILIARE E GENITORIALITÀ (COD. C3)</w:t>
      </w:r>
    </w:p>
    <w:p w14:paraId="29380BBE" w14:textId="77777777" w:rsidR="00353841" w:rsidRPr="00631644" w:rsidRDefault="00000000">
      <w:pPr>
        <w:pStyle w:val="Titolo1"/>
        <w:spacing w:before="200" w:after="120"/>
        <w:rPr>
          <w:rFonts w:ascii="Calibri" w:hAnsi="Calibri" w:cs="Calibri"/>
          <w:color w:val="auto"/>
          <w:szCs w:val="22"/>
          <w:lang w:val="it-IT"/>
        </w:rPr>
      </w:pPr>
      <w:r w:rsidRPr="00631644">
        <w:rPr>
          <w:rFonts w:ascii="Calibri" w:hAnsi="Calibri" w:cs="Calibri"/>
          <w:color w:val="auto"/>
          <w:szCs w:val="22"/>
          <w:lang w:val="it-IT"/>
        </w:rPr>
        <w:t>1. DATI DEL RICHIEDENTE E DELL'ENTE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631644" w:rsidRPr="00631644" w14:paraId="7B321BD7" w14:textId="77777777">
        <w:trPr>
          <w:cantSplit/>
          <w:tblHeader/>
          <w:jc w:val="center"/>
        </w:trPr>
        <w:tc>
          <w:tcPr>
            <w:tcW w:w="403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748A5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Denominazione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 Ente:</w:t>
            </w:r>
          </w:p>
        </w:tc>
        <w:tc>
          <w:tcPr>
            <w:tcW w:w="6048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ACCDE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__________________________________________________</w:t>
            </w:r>
          </w:p>
        </w:tc>
      </w:tr>
      <w:tr w:rsidR="00631644" w:rsidRPr="00631644" w14:paraId="47F7C4FB" w14:textId="77777777">
        <w:trPr>
          <w:cantSplit/>
          <w:jc w:val="center"/>
        </w:trPr>
        <w:tc>
          <w:tcPr>
            <w:tcW w:w="403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2F3FA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  <w:lang w:val="it-IT"/>
              </w:rPr>
            </w:pPr>
            <w:r w:rsidRPr="00631644">
              <w:rPr>
                <w:rFonts w:ascii="Calibri" w:hAnsi="Calibri" w:cs="Calibri"/>
                <w:b/>
                <w:color w:val="auto"/>
                <w:sz w:val="22"/>
                <w:lang w:val="it-IT"/>
              </w:rPr>
              <w:t>Forma Giuridica e C.F./P.IVA: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694D1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__________________________________________________</w:t>
            </w:r>
          </w:p>
        </w:tc>
      </w:tr>
      <w:tr w:rsidR="00631644" w:rsidRPr="00631644" w14:paraId="64AB26A6" w14:textId="77777777">
        <w:trPr>
          <w:cantSplit/>
          <w:jc w:val="center"/>
        </w:trPr>
        <w:tc>
          <w:tcPr>
            <w:tcW w:w="403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CADB9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  <w:lang w:val="it-IT"/>
              </w:rPr>
            </w:pPr>
            <w:r w:rsidRPr="00631644">
              <w:rPr>
                <w:rFonts w:ascii="Calibri" w:hAnsi="Calibri" w:cs="Calibri"/>
                <w:b/>
                <w:color w:val="auto"/>
                <w:sz w:val="22"/>
                <w:lang w:val="it-IT"/>
              </w:rPr>
              <w:t xml:space="preserve">Sede Legale (Comune,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  <w:lang w:val="it-IT"/>
              </w:rPr>
              <w:t>Prov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  <w:lang w:val="it-IT"/>
              </w:rPr>
              <w:t>, Indirizzo):</w:t>
            </w:r>
          </w:p>
        </w:tc>
        <w:tc>
          <w:tcPr>
            <w:tcW w:w="6048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15233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__________________________________________________</w:t>
            </w:r>
          </w:p>
        </w:tc>
      </w:tr>
      <w:tr w:rsidR="00631644" w:rsidRPr="00631644" w14:paraId="5F641A31" w14:textId="77777777">
        <w:trPr>
          <w:cantSplit/>
          <w:jc w:val="center"/>
        </w:trPr>
        <w:tc>
          <w:tcPr>
            <w:tcW w:w="403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F68A05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  <w:lang w:val="it-IT"/>
              </w:rPr>
            </w:pPr>
            <w:r w:rsidRPr="00631644">
              <w:rPr>
                <w:rFonts w:ascii="Calibri" w:hAnsi="Calibri" w:cs="Calibri"/>
                <w:b/>
                <w:color w:val="auto"/>
                <w:sz w:val="22"/>
                <w:lang w:val="it-IT"/>
              </w:rPr>
              <w:t>Rappresentante Legale (Nome, Cognome, C.F.):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9A1E1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__________________________________________________</w:t>
            </w:r>
          </w:p>
        </w:tc>
      </w:tr>
      <w:tr w:rsidR="00631644" w:rsidRPr="00631644" w14:paraId="51B5B3EB" w14:textId="77777777">
        <w:trPr>
          <w:cantSplit/>
          <w:jc w:val="center"/>
        </w:trPr>
        <w:tc>
          <w:tcPr>
            <w:tcW w:w="4032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DA165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  <w:lang w:val="it-IT"/>
              </w:rPr>
            </w:pPr>
            <w:r w:rsidRPr="00631644">
              <w:rPr>
                <w:rFonts w:ascii="Calibri" w:hAnsi="Calibri" w:cs="Calibri"/>
                <w:b/>
                <w:color w:val="auto"/>
                <w:sz w:val="22"/>
                <w:lang w:val="it-IT"/>
              </w:rPr>
              <w:t>Contatti (Tel, E-mail, PEC):</w:t>
            </w:r>
          </w:p>
        </w:tc>
        <w:tc>
          <w:tcPr>
            <w:tcW w:w="6048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56022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__________________________________________________</w:t>
            </w:r>
          </w:p>
        </w:tc>
      </w:tr>
      <w:tr w:rsidR="00631644" w:rsidRPr="00631644" w14:paraId="50E50CA4" w14:textId="77777777">
        <w:trPr>
          <w:cantSplit/>
          <w:jc w:val="center"/>
        </w:trPr>
        <w:tc>
          <w:tcPr>
            <w:tcW w:w="403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427B8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Iscrizione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 RUNTS /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Altri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Registri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4A684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 xml:space="preserve">N. Reg: _______________ Data: _________ </w:t>
            </w:r>
            <w:proofErr w:type="spellStart"/>
            <w:r w:rsidRPr="00631644">
              <w:rPr>
                <w:rFonts w:ascii="Calibri" w:hAnsi="Calibri" w:cs="Calibri"/>
                <w:color w:val="auto"/>
                <w:sz w:val="22"/>
              </w:rPr>
              <w:t>Sezione</w:t>
            </w:r>
            <w:proofErr w:type="spellEnd"/>
            <w:r w:rsidRPr="00631644">
              <w:rPr>
                <w:rFonts w:ascii="Calibri" w:hAnsi="Calibri" w:cs="Calibri"/>
                <w:color w:val="auto"/>
                <w:sz w:val="22"/>
              </w:rPr>
              <w:t>: ______</w:t>
            </w:r>
          </w:p>
        </w:tc>
      </w:tr>
    </w:tbl>
    <w:p w14:paraId="7E22BEA0" w14:textId="77777777" w:rsidR="00353841" w:rsidRPr="00631644" w:rsidRDefault="00000000">
      <w:pPr>
        <w:pStyle w:val="Titolo1"/>
        <w:spacing w:before="240" w:after="120"/>
        <w:rPr>
          <w:rFonts w:ascii="Calibri" w:hAnsi="Calibri" w:cs="Calibri"/>
          <w:color w:val="auto"/>
          <w:szCs w:val="22"/>
          <w:lang w:val="it-IT"/>
        </w:rPr>
      </w:pPr>
      <w:r w:rsidRPr="00631644">
        <w:rPr>
          <w:rFonts w:ascii="Calibri" w:hAnsi="Calibri" w:cs="Calibri"/>
          <w:color w:val="auto"/>
          <w:szCs w:val="22"/>
          <w:lang w:val="it-IT"/>
        </w:rPr>
        <w:t>2. ISTANZA DI ACCREDITAMENTO E ACCETTAZIONE CONDIZIONI</w:t>
      </w:r>
    </w:p>
    <w:p w14:paraId="15F7F22B" w14:textId="77777777" w:rsidR="00353841" w:rsidRPr="00631644" w:rsidRDefault="00000000">
      <w:pPr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Il sottoscritto Legale Rappresentante, come sopra identificato, CHIEDE l'ammissione all'Elenco dei Soggetti Accreditati dell'Azienda Speciale Consortile B02 per l'erogazione del Servizio di Assistenza Domiciliare di sostegno alla famiglia e alla genitorialità (Cod. C3) a valere sui fondi FNPS 2022 (€ 70.000,00) e FNPS 2024 (€ 120.000,00), per un importo complessivo di € 190.000,00 IVA inclusa.</w:t>
      </w:r>
      <w:r w:rsidRPr="00631644">
        <w:rPr>
          <w:rFonts w:ascii="Calibri" w:hAnsi="Calibri" w:cs="Calibri"/>
          <w:color w:val="auto"/>
          <w:sz w:val="22"/>
          <w:lang w:val="it-IT"/>
        </w:rPr>
        <w:br/>
      </w:r>
      <w:r w:rsidRPr="00631644">
        <w:rPr>
          <w:rFonts w:ascii="Calibri" w:hAnsi="Calibri" w:cs="Calibri"/>
          <w:color w:val="auto"/>
          <w:sz w:val="22"/>
          <w:lang w:val="it-IT"/>
        </w:rPr>
        <w:br/>
        <w:t>A tal fine, DICHIARA espressamente di accettare senza riserva alcuna:</w:t>
      </w:r>
    </w:p>
    <w:p w14:paraId="641220C7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Tutte le condizioni, clausole e prescrizioni contenute nell'Avviso Pubblico e nello Schema di Convenzione.</w:t>
      </w:r>
    </w:p>
    <w:p w14:paraId="2680653C" w14:textId="3649D6C0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 xml:space="preserve">La tariffa oraria omnicomprensiva fissata in € </w:t>
      </w:r>
      <w:r w:rsidR="00155735" w:rsidRPr="00631644">
        <w:rPr>
          <w:rFonts w:ascii="Calibri" w:hAnsi="Calibri" w:cs="Calibri"/>
          <w:color w:val="auto"/>
          <w:sz w:val="22"/>
          <w:lang w:val="it-IT"/>
        </w:rPr>
        <w:t xml:space="preserve">23, 22 </w:t>
      </w:r>
      <w:r w:rsidRPr="00631644">
        <w:rPr>
          <w:rFonts w:ascii="Calibri" w:hAnsi="Calibri" w:cs="Calibri"/>
          <w:color w:val="auto"/>
          <w:sz w:val="22"/>
          <w:lang w:val="it-IT"/>
        </w:rPr>
        <w:t>IVA inclusa al 5%.</w:t>
      </w:r>
    </w:p>
    <w:p w14:paraId="26B87AB3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La modalità di erogazione e gestione delle prestazioni tramite Voucher Sociali Digitali (piattaforma ascb2.it).</w:t>
      </w:r>
    </w:p>
    <w:p w14:paraId="0E47FEF2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Il sistema delle penali e le modalità di rendicontazione e fatturazione bimestrale posticipata.</w:t>
      </w:r>
    </w:p>
    <w:p w14:paraId="7B0C3C30" w14:textId="77777777" w:rsidR="00353841" w:rsidRPr="00631644" w:rsidRDefault="00000000">
      <w:pPr>
        <w:pStyle w:val="Titolo1"/>
        <w:spacing w:before="240" w:after="120"/>
        <w:rPr>
          <w:rFonts w:ascii="Calibri" w:hAnsi="Calibri" w:cs="Calibri"/>
          <w:color w:val="auto"/>
          <w:szCs w:val="22"/>
          <w:lang w:val="it-IT"/>
        </w:rPr>
      </w:pPr>
      <w:r w:rsidRPr="00631644">
        <w:rPr>
          <w:rFonts w:ascii="Calibri" w:hAnsi="Calibri" w:cs="Calibri"/>
          <w:color w:val="auto"/>
          <w:szCs w:val="22"/>
          <w:lang w:val="it-IT"/>
        </w:rPr>
        <w:t>3. DICHIARAZIONE SOSTITUTIVA UNIFICATA (Art. 46 e 47 D.P.R. 445/2000)</w:t>
      </w:r>
    </w:p>
    <w:p w14:paraId="1F6DF912" w14:textId="77777777" w:rsidR="00353841" w:rsidRPr="00631644" w:rsidRDefault="00000000">
      <w:pPr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Consapevole delle sanzioni penali previste dall'art. 76 del D.P.R. 445/2000 per le ipotesi di falsità in atti e dichiarazioni mendaci, DICHIARA sotto la propria personale responsabilità:</w:t>
      </w:r>
    </w:p>
    <w:p w14:paraId="58F8F64A" w14:textId="77777777" w:rsidR="00353841" w:rsidRPr="00631644" w:rsidRDefault="00000000">
      <w:pPr>
        <w:pStyle w:val="Puntoelenco"/>
        <w:spacing w:after="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Requisiti Generali e Morali: </w:t>
      </w:r>
      <w:r w:rsidRPr="00631644">
        <w:rPr>
          <w:rFonts w:ascii="Calibri" w:hAnsi="Calibri" w:cs="Calibri"/>
          <w:color w:val="auto"/>
          <w:sz w:val="22"/>
          <w:lang w:val="it-IT"/>
        </w:rPr>
        <w:t xml:space="preserve">Inesistenza di cause di esclusione previste dalla normativa sui contratti pubblici (art. 80 </w:t>
      </w:r>
      <w:proofErr w:type="spellStart"/>
      <w:r w:rsidRPr="00631644">
        <w:rPr>
          <w:rFonts w:ascii="Calibri" w:hAnsi="Calibri" w:cs="Calibri"/>
          <w:color w:val="auto"/>
          <w:sz w:val="22"/>
          <w:lang w:val="it-IT"/>
        </w:rPr>
        <w:t>D.Lgs.</w:t>
      </w:r>
      <w:proofErr w:type="spellEnd"/>
      <w:r w:rsidRPr="00631644">
        <w:rPr>
          <w:rFonts w:ascii="Calibri" w:hAnsi="Calibri" w:cs="Calibri"/>
          <w:color w:val="auto"/>
          <w:sz w:val="22"/>
          <w:lang w:val="it-IT"/>
        </w:rPr>
        <w:t xml:space="preserve"> 50/2016 e </w:t>
      </w:r>
      <w:proofErr w:type="spellStart"/>
      <w:r w:rsidRPr="00631644">
        <w:rPr>
          <w:rFonts w:ascii="Calibri" w:hAnsi="Calibri" w:cs="Calibri"/>
          <w:color w:val="auto"/>
          <w:sz w:val="22"/>
          <w:lang w:val="it-IT"/>
        </w:rPr>
        <w:t>D.Lgs.</w:t>
      </w:r>
      <w:proofErr w:type="spellEnd"/>
      <w:r w:rsidRPr="00631644">
        <w:rPr>
          <w:rFonts w:ascii="Calibri" w:hAnsi="Calibri" w:cs="Calibri"/>
          <w:color w:val="auto"/>
          <w:sz w:val="22"/>
          <w:lang w:val="it-IT"/>
        </w:rPr>
        <w:t xml:space="preserve"> 36/2023) ed assenza di condizioni ostative di cui alla normativa antimafia.</w:t>
      </w:r>
    </w:p>
    <w:p w14:paraId="620D4B0C" w14:textId="77777777" w:rsidR="00353841" w:rsidRPr="00631644" w:rsidRDefault="00000000">
      <w:pPr>
        <w:pStyle w:val="Puntoelenco"/>
        <w:spacing w:after="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Iscrizioni e Regolarità: </w:t>
      </w:r>
      <w:r w:rsidRPr="00631644">
        <w:rPr>
          <w:rFonts w:ascii="Calibri" w:hAnsi="Calibri" w:cs="Calibri"/>
          <w:color w:val="auto"/>
          <w:sz w:val="22"/>
          <w:lang w:val="it-IT"/>
        </w:rPr>
        <w:t>Regolare iscrizione al RUNTS / Registro di settore da almeno 6 mesi; iscrizione C.C.I.A.A. con oggetto sociale coerente; regolarità contributiva e previdenziale (DURC regolare); rispetto delle norme sulla sicurezza sul lavoro (</w:t>
      </w:r>
      <w:proofErr w:type="spellStart"/>
      <w:r w:rsidRPr="00631644">
        <w:rPr>
          <w:rFonts w:ascii="Calibri" w:hAnsi="Calibri" w:cs="Calibri"/>
          <w:color w:val="auto"/>
          <w:sz w:val="22"/>
          <w:lang w:val="it-IT"/>
        </w:rPr>
        <w:t>D.Lgs.</w:t>
      </w:r>
      <w:proofErr w:type="spellEnd"/>
      <w:r w:rsidRPr="00631644">
        <w:rPr>
          <w:rFonts w:ascii="Calibri" w:hAnsi="Calibri" w:cs="Calibri"/>
          <w:color w:val="auto"/>
          <w:sz w:val="22"/>
          <w:lang w:val="it-IT"/>
        </w:rPr>
        <w:t xml:space="preserve"> 81/2008) e sul lavoro dei disabili (L. 68/1999).</w:t>
      </w:r>
    </w:p>
    <w:p w14:paraId="33050738" w14:textId="77777777" w:rsidR="00353841" w:rsidRPr="00631644" w:rsidRDefault="00000000">
      <w:pPr>
        <w:pStyle w:val="Puntoelenco"/>
        <w:spacing w:after="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lastRenderedPageBreak/>
        <w:t xml:space="preserve">Contratto di Lavoro: </w:t>
      </w:r>
      <w:r w:rsidRPr="00631644">
        <w:rPr>
          <w:rFonts w:ascii="Calibri" w:hAnsi="Calibri" w:cs="Calibri"/>
          <w:color w:val="auto"/>
          <w:sz w:val="22"/>
          <w:lang w:val="it-IT"/>
        </w:rPr>
        <w:t>Scrupolosa applicazione del CCNL di categoria per il personale impiegato ed assenza di contenziosi aventi ad oggetto gravi violazioni contrattuali.</w:t>
      </w:r>
    </w:p>
    <w:p w14:paraId="62F2AC7C" w14:textId="77777777" w:rsidR="00353841" w:rsidRPr="00631644" w:rsidRDefault="00000000">
      <w:pPr>
        <w:pStyle w:val="Puntoelenco"/>
        <w:spacing w:after="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Sede e Struttura Operativa: </w:t>
      </w:r>
      <w:r w:rsidRPr="00631644">
        <w:rPr>
          <w:rFonts w:ascii="Calibri" w:hAnsi="Calibri" w:cs="Calibri"/>
          <w:color w:val="auto"/>
          <w:sz w:val="22"/>
          <w:lang w:val="it-IT"/>
        </w:rPr>
        <w:t>Disponibilità di sede legale o operativa nella provincia di Benevento ed idonea organizzazione per garantire la continuità del servizio e la sostituzione degli operatori assenti entro 3 giorni lavorativi.</w:t>
      </w:r>
    </w:p>
    <w:p w14:paraId="12CFF348" w14:textId="77777777" w:rsidR="00353841" w:rsidRPr="00631644" w:rsidRDefault="00000000">
      <w:pPr>
        <w:pStyle w:val="Puntoelenco"/>
        <w:spacing w:after="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Copertura Assicurativa: </w:t>
      </w:r>
      <w:r w:rsidRPr="00631644">
        <w:rPr>
          <w:rFonts w:ascii="Calibri" w:hAnsi="Calibri" w:cs="Calibri"/>
          <w:color w:val="auto"/>
          <w:sz w:val="22"/>
          <w:lang w:val="it-IT"/>
        </w:rPr>
        <w:t>Possesso di polizza assicurativa RCT/RCO con massimale unico per sinistro non inferiore a € 1.000.000,00 (Compagnia: ____________________ Polizza N. ____________________).</w:t>
      </w:r>
    </w:p>
    <w:p w14:paraId="4EB4C9A7" w14:textId="77777777" w:rsidR="00353841" w:rsidRPr="00631644" w:rsidRDefault="00000000">
      <w:pPr>
        <w:pStyle w:val="Puntoelenco"/>
        <w:spacing w:after="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Requisiti del Personale e Chiarimento Ordine Professionale: </w:t>
      </w:r>
      <w:r w:rsidRPr="00631644">
        <w:rPr>
          <w:rFonts w:ascii="Calibri" w:hAnsi="Calibri" w:cs="Calibri"/>
          <w:color w:val="auto"/>
          <w:sz w:val="22"/>
          <w:lang w:val="it-IT"/>
        </w:rPr>
        <w:t>Che il personale impiegato è in possesso di uno dei titoli ammessi (Laurea in Pedagogia LM-85/LM-50/V.O., Psicologia LM-51/L-24, Scienze Formazione Primaria LM-85bis, Scienze Educazione L-19, Servizio Sociale L-39/LM-87/V.O.) e che, ai sensi delle precisazioni ufficiali dell'Avviso, PER IL PERSONALE IMPIEGATO NON È OBBLIGATORIA L'ISCRIZIONE ALL'ALBO O ORDINE PROFESSIONALE.</w:t>
      </w:r>
    </w:p>
    <w:p w14:paraId="08A8E3DD" w14:textId="77777777" w:rsidR="00353841" w:rsidRPr="00631644" w:rsidRDefault="00000000">
      <w:pPr>
        <w:pStyle w:val="Titolo1"/>
        <w:spacing w:before="240" w:after="120"/>
        <w:rPr>
          <w:rFonts w:ascii="Calibri" w:hAnsi="Calibri" w:cs="Calibri"/>
          <w:color w:val="auto"/>
          <w:szCs w:val="22"/>
          <w:lang w:val="it-IT"/>
        </w:rPr>
      </w:pPr>
      <w:r w:rsidRPr="00631644">
        <w:rPr>
          <w:rFonts w:ascii="Calibri" w:hAnsi="Calibri" w:cs="Calibri"/>
          <w:color w:val="auto"/>
          <w:szCs w:val="22"/>
          <w:lang w:val="it-IT"/>
        </w:rPr>
        <w:t>4. SINTESI ORGANICO DEDICATO E TRACCIABILITÀ FINANZIARIA</w:t>
      </w:r>
    </w:p>
    <w:p w14:paraId="523A40BE" w14:textId="77777777" w:rsidR="00353841" w:rsidRPr="00631644" w:rsidRDefault="00000000">
      <w:pPr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Coordinatore / Referente del Servizio nominato: </w:t>
      </w:r>
      <w:r w:rsidRPr="00631644">
        <w:rPr>
          <w:rFonts w:ascii="Calibri" w:hAnsi="Calibri" w:cs="Calibri"/>
          <w:color w:val="auto"/>
          <w:sz w:val="22"/>
          <w:lang w:val="it-IT"/>
        </w:rPr>
        <w:t>Nome/Cognome: ____________________ C.F.: ____________________ Tel/PEC: ____________________</w:t>
      </w:r>
    </w:p>
    <w:p w14:paraId="1FD2A05A" w14:textId="77777777" w:rsidR="00353841" w:rsidRPr="00631644" w:rsidRDefault="00000000">
      <w:pPr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>Personale Socio-Educativo Dedicato (Prospetto Sintetico):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3168"/>
        <w:gridCol w:w="1728"/>
      </w:tblGrid>
      <w:tr w:rsidR="00631644" w:rsidRPr="00631644" w14:paraId="3C8BACA7" w14:textId="77777777">
        <w:trPr>
          <w:cantSplit/>
          <w:tblHeader/>
          <w:jc w:val="center"/>
        </w:trPr>
        <w:tc>
          <w:tcPr>
            <w:tcW w:w="2592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5E62AD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Nome e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Cognome</w:t>
            </w:r>
            <w:proofErr w:type="spellEnd"/>
          </w:p>
        </w:tc>
        <w:tc>
          <w:tcPr>
            <w:tcW w:w="2592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FC79B7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Codice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Fiscale</w:t>
            </w:r>
            <w:proofErr w:type="spellEnd"/>
          </w:p>
        </w:tc>
        <w:tc>
          <w:tcPr>
            <w:tcW w:w="3168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D6267E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Titolo di Studio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Posseuto</w:t>
            </w:r>
            <w:proofErr w:type="spellEnd"/>
          </w:p>
        </w:tc>
        <w:tc>
          <w:tcPr>
            <w:tcW w:w="1728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F6E69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Qualifica</w:t>
            </w:r>
            <w:proofErr w:type="spellEnd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 xml:space="preserve"> / </w:t>
            </w:r>
            <w:proofErr w:type="spellStart"/>
            <w:r w:rsidRPr="00631644">
              <w:rPr>
                <w:rFonts w:ascii="Calibri" w:hAnsi="Calibri" w:cs="Calibri"/>
                <w:b/>
                <w:color w:val="auto"/>
                <w:sz w:val="22"/>
              </w:rPr>
              <w:t>Profilo</w:t>
            </w:r>
            <w:proofErr w:type="spellEnd"/>
          </w:p>
        </w:tc>
      </w:tr>
      <w:tr w:rsidR="00631644" w:rsidRPr="00631644" w14:paraId="5B6C67E1" w14:textId="77777777">
        <w:trPr>
          <w:cantSplit/>
          <w:jc w:val="center"/>
        </w:trPr>
        <w:tc>
          <w:tcPr>
            <w:tcW w:w="25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B5BE8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25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1B9F0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6D9D2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17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F1885" w14:textId="064A7024" w:rsidR="00353841" w:rsidRPr="00631644" w:rsidRDefault="00155735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</w:t>
            </w:r>
          </w:p>
        </w:tc>
      </w:tr>
      <w:tr w:rsidR="00631644" w:rsidRPr="00631644" w14:paraId="50AF4C59" w14:textId="77777777">
        <w:trPr>
          <w:cantSplit/>
          <w:jc w:val="center"/>
        </w:trPr>
        <w:tc>
          <w:tcPr>
            <w:tcW w:w="25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D9FA1A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25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CAFB5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D7AB0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17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873CC" w14:textId="2E2C7A6E" w:rsidR="00353841" w:rsidRPr="00631644" w:rsidRDefault="00155735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</w:t>
            </w:r>
          </w:p>
        </w:tc>
      </w:tr>
      <w:tr w:rsidR="00631644" w:rsidRPr="00631644" w14:paraId="6C8D2D40" w14:textId="77777777">
        <w:trPr>
          <w:cantSplit/>
          <w:jc w:val="center"/>
        </w:trPr>
        <w:tc>
          <w:tcPr>
            <w:tcW w:w="25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0DA1B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25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C2D9A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E4716" w14:textId="77777777" w:rsidR="00353841" w:rsidRPr="00631644" w:rsidRDefault="00000000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__________________</w:t>
            </w:r>
          </w:p>
        </w:tc>
        <w:tc>
          <w:tcPr>
            <w:tcW w:w="17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9DE2C" w14:textId="647CBCDC" w:rsidR="00353841" w:rsidRPr="00631644" w:rsidRDefault="00155735">
            <w:pPr>
              <w:spacing w:after="40"/>
              <w:rPr>
                <w:rFonts w:ascii="Calibri" w:hAnsi="Calibri" w:cs="Calibri"/>
                <w:color w:val="auto"/>
                <w:sz w:val="22"/>
              </w:rPr>
            </w:pPr>
            <w:r w:rsidRPr="00631644">
              <w:rPr>
                <w:rFonts w:ascii="Calibri" w:hAnsi="Calibri" w:cs="Calibri"/>
                <w:color w:val="auto"/>
                <w:sz w:val="22"/>
              </w:rPr>
              <w:t>_____________</w:t>
            </w:r>
          </w:p>
        </w:tc>
      </w:tr>
    </w:tbl>
    <w:p w14:paraId="7F0DE655" w14:textId="77777777" w:rsidR="00353841" w:rsidRPr="00631644" w:rsidRDefault="00000000">
      <w:pPr>
        <w:spacing w:before="16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b/>
          <w:color w:val="auto"/>
          <w:sz w:val="22"/>
          <w:lang w:val="it-IT"/>
        </w:rPr>
        <w:t xml:space="preserve">Conto Corrente Dedicato (L. 136/2010): </w:t>
      </w:r>
      <w:r w:rsidRPr="00631644">
        <w:rPr>
          <w:rFonts w:ascii="Calibri" w:hAnsi="Calibri" w:cs="Calibri"/>
          <w:color w:val="auto"/>
          <w:sz w:val="22"/>
          <w:lang w:val="it-IT"/>
        </w:rPr>
        <w:t>IBAN: __________________________________________________ Banca/Poste: ____________________</w:t>
      </w:r>
    </w:p>
    <w:p w14:paraId="534A5545" w14:textId="77777777" w:rsidR="00353841" w:rsidRPr="00631644" w:rsidRDefault="00000000">
      <w:pPr>
        <w:pStyle w:val="Titolo1"/>
        <w:spacing w:before="240" w:after="120"/>
        <w:rPr>
          <w:rFonts w:ascii="Calibri" w:hAnsi="Calibri" w:cs="Calibri"/>
          <w:color w:val="auto"/>
          <w:szCs w:val="22"/>
          <w:lang w:val="it-IT"/>
        </w:rPr>
      </w:pPr>
      <w:r w:rsidRPr="00631644">
        <w:rPr>
          <w:rFonts w:ascii="Calibri" w:hAnsi="Calibri" w:cs="Calibri"/>
          <w:color w:val="auto"/>
          <w:szCs w:val="22"/>
          <w:lang w:val="it-IT"/>
        </w:rPr>
        <w:t>5. ELENCO ALLEGATI ESSENZIALI E SOTTOSCRIZIONE</w:t>
      </w:r>
    </w:p>
    <w:p w14:paraId="65B624C9" w14:textId="77777777" w:rsidR="00353841" w:rsidRPr="00631644" w:rsidRDefault="00000000">
      <w:pPr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Si allegano alla presente domanda i seguenti documenti obbligatori:</w:t>
      </w:r>
    </w:p>
    <w:p w14:paraId="17AE225E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Copia del documento di identità del Legale Rappresentante in corso di validità.</w:t>
      </w:r>
    </w:p>
    <w:p w14:paraId="0E69207B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Copia dello Statuto e dell'Atto Costitutivo dell'Ente.</w:t>
      </w:r>
    </w:p>
    <w:p w14:paraId="720FC83A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Copia dell'Avviso Pubblico e dello Schema di Convenzione firmati digitalmente per accettazione.</w:t>
      </w:r>
    </w:p>
    <w:p w14:paraId="62814617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Carta dei Servizi dell'Ente aggiornata.</w:t>
      </w:r>
    </w:p>
    <w:p w14:paraId="146AC549" w14:textId="77777777" w:rsidR="00353841" w:rsidRPr="00631644" w:rsidRDefault="00000000">
      <w:pPr>
        <w:pStyle w:val="Puntoelenco"/>
        <w:spacing w:after="40"/>
        <w:rPr>
          <w:rFonts w:ascii="Calibri" w:hAnsi="Calibri" w:cs="Calibri"/>
          <w:color w:val="auto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Curriculum Vitae degli operatori inseriti nell'organico dedicato (con indicazione dei titoli di studio).</w:t>
      </w:r>
    </w:p>
    <w:p w14:paraId="5F1F4EB2" w14:textId="758A428D" w:rsidR="00353841" w:rsidRPr="00155735" w:rsidRDefault="00000000" w:rsidP="00155735">
      <w:pPr>
        <w:spacing w:before="400" w:after="0"/>
        <w:rPr>
          <w:rFonts w:ascii="Calibri" w:hAnsi="Calibri" w:cs="Calibri"/>
          <w:sz w:val="22"/>
          <w:lang w:val="it-IT"/>
        </w:rPr>
      </w:pPr>
      <w:r w:rsidRPr="00631644">
        <w:rPr>
          <w:rFonts w:ascii="Calibri" w:hAnsi="Calibri" w:cs="Calibri"/>
          <w:color w:val="auto"/>
          <w:sz w:val="22"/>
          <w:lang w:val="it-IT"/>
        </w:rPr>
        <w:t>Luogo e Data: _________________________</w:t>
      </w:r>
      <w:r w:rsidRPr="00631644">
        <w:rPr>
          <w:rFonts w:ascii="Calibri" w:hAnsi="Calibri" w:cs="Calibri"/>
          <w:color w:val="auto"/>
          <w:sz w:val="22"/>
          <w:lang w:val="it-IT"/>
        </w:rPr>
        <w:br/>
      </w:r>
      <w:r w:rsidRPr="00631644">
        <w:rPr>
          <w:rFonts w:ascii="Calibri" w:hAnsi="Calibri" w:cs="Calibri"/>
          <w:color w:val="auto"/>
          <w:sz w:val="22"/>
          <w:lang w:val="it-IT"/>
        </w:rPr>
        <w:br/>
      </w:r>
      <w:r w:rsidR="00155735" w:rsidRPr="00631644">
        <w:rPr>
          <w:rFonts w:ascii="Calibri" w:hAnsi="Calibri" w:cs="Calibri"/>
          <w:b/>
          <w:color w:val="auto"/>
          <w:sz w:val="22"/>
          <w:lang w:val="it-IT"/>
        </w:rPr>
        <w:t xml:space="preserve">                                                                                                          </w:t>
      </w:r>
      <w:r w:rsidRPr="00631644">
        <w:rPr>
          <w:rFonts w:ascii="Calibri" w:hAnsi="Calibri" w:cs="Calibri"/>
          <w:b/>
          <w:color w:val="auto"/>
          <w:sz w:val="22"/>
          <w:lang w:val="it-IT"/>
        </w:rPr>
        <w:t>Firma Digitale del Legale Rappresentante</w:t>
      </w:r>
      <w:r w:rsidRPr="00631644">
        <w:rPr>
          <w:rFonts w:ascii="Calibri" w:hAnsi="Calibri" w:cs="Calibri"/>
          <w:b/>
          <w:color w:val="auto"/>
          <w:sz w:val="22"/>
          <w:lang w:val="it-IT"/>
        </w:rPr>
        <w:br/>
      </w:r>
      <w:r w:rsidR="00155735" w:rsidRPr="00631644">
        <w:rPr>
          <w:rFonts w:ascii="Calibri" w:hAnsi="Calibri" w:cs="Calibri"/>
          <w:b/>
          <w:color w:val="auto"/>
          <w:sz w:val="22"/>
          <w:lang w:val="it-IT"/>
        </w:rPr>
        <w:t xml:space="preserve">                                                                                              </w:t>
      </w:r>
      <w:r w:rsidRPr="00631644">
        <w:rPr>
          <w:rFonts w:ascii="Calibri" w:hAnsi="Calibri" w:cs="Calibri"/>
          <w:b/>
          <w:color w:val="auto"/>
          <w:sz w:val="22"/>
          <w:lang w:val="it-IT"/>
        </w:rPr>
        <w:t>______________________________________</w:t>
      </w:r>
      <w:r w:rsidRPr="00155735">
        <w:rPr>
          <w:rFonts w:ascii="Calibri" w:hAnsi="Calibri" w:cs="Calibri"/>
          <w:b/>
          <w:sz w:val="22"/>
          <w:lang w:val="it-IT"/>
        </w:rPr>
        <w:t>___</w:t>
      </w:r>
    </w:p>
    <w:sectPr w:rsidR="00353841" w:rsidRPr="0015573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DFBD" w14:textId="77777777" w:rsidR="00B14881" w:rsidRDefault="00B14881">
      <w:pPr>
        <w:spacing w:after="0" w:line="240" w:lineRule="auto"/>
      </w:pPr>
      <w:r>
        <w:separator/>
      </w:r>
    </w:p>
  </w:endnote>
  <w:endnote w:type="continuationSeparator" w:id="0">
    <w:p w14:paraId="3666007E" w14:textId="77777777" w:rsidR="00B14881" w:rsidRDefault="00B1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E976" w14:textId="77777777" w:rsidR="00155735" w:rsidRDefault="001557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3476" w14:textId="77777777" w:rsidR="00353841" w:rsidRDefault="00000000">
    <w:pPr>
      <w:pStyle w:val="Pidipagina"/>
      <w:jc w:val="center"/>
    </w:pPr>
    <w:proofErr w:type="spellStart"/>
    <w:r>
      <w:rPr>
        <w:color w:val="666666"/>
        <w:sz w:val="18"/>
      </w:rPr>
      <w:t>Pagina</w:t>
    </w:r>
    <w:proofErr w:type="spellEnd"/>
    <w:r>
      <w:rPr>
        <w:color w:val="666666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155735">
      <w:rPr>
        <w:noProof/>
      </w:rPr>
      <w:t>1</w:t>
    </w:r>
    <w:r>
      <w:fldChar w:fldCharType="end"/>
    </w:r>
    <w:r>
      <w:rPr>
        <w:color w:val="666666"/>
        <w:sz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15573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EA13" w14:textId="77777777" w:rsidR="00155735" w:rsidRDefault="001557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74EB" w14:textId="77777777" w:rsidR="00B14881" w:rsidRDefault="00B14881">
      <w:pPr>
        <w:spacing w:after="0" w:line="240" w:lineRule="auto"/>
      </w:pPr>
      <w:r>
        <w:separator/>
      </w:r>
    </w:p>
  </w:footnote>
  <w:footnote w:type="continuationSeparator" w:id="0">
    <w:p w14:paraId="0D70A27A" w14:textId="77777777" w:rsidR="00B14881" w:rsidRDefault="00B14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01BC" w14:textId="77777777" w:rsidR="00155735" w:rsidRDefault="001557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BF6D" w14:textId="177B6D99" w:rsidR="00353841" w:rsidRDefault="00155735">
    <w:pPr>
      <w:pStyle w:val="Intestazione"/>
      <w:jc w:val="right"/>
    </w:pPr>
    <w:r>
      <w:rPr>
        <w:color w:val="666666"/>
        <w:sz w:val="17"/>
        <w:lang w:val="it-IT"/>
      </w:rPr>
      <w:t>Allegato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9C38" w14:textId="77777777" w:rsidR="00155735" w:rsidRDefault="001557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4516687">
    <w:abstractNumId w:val="8"/>
  </w:num>
  <w:num w:numId="2" w16cid:durableId="696582470">
    <w:abstractNumId w:val="6"/>
  </w:num>
  <w:num w:numId="3" w16cid:durableId="675110451">
    <w:abstractNumId w:val="5"/>
  </w:num>
  <w:num w:numId="4" w16cid:durableId="762729541">
    <w:abstractNumId w:val="4"/>
  </w:num>
  <w:num w:numId="5" w16cid:durableId="387536335">
    <w:abstractNumId w:val="7"/>
  </w:num>
  <w:num w:numId="6" w16cid:durableId="1397437965">
    <w:abstractNumId w:val="3"/>
  </w:num>
  <w:num w:numId="7" w16cid:durableId="107823345">
    <w:abstractNumId w:val="2"/>
  </w:num>
  <w:num w:numId="8" w16cid:durableId="38094670">
    <w:abstractNumId w:val="1"/>
  </w:num>
  <w:num w:numId="9" w16cid:durableId="23490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735"/>
    <w:rsid w:val="0029639D"/>
    <w:rsid w:val="00326F90"/>
    <w:rsid w:val="00353841"/>
    <w:rsid w:val="00370A68"/>
    <w:rsid w:val="00631644"/>
    <w:rsid w:val="00AA1D8D"/>
    <w:rsid w:val="00B14881"/>
    <w:rsid w:val="00B47730"/>
    <w:rsid w:val="00B53EA0"/>
    <w:rsid w:val="00CA4141"/>
    <w:rsid w:val="00CB0664"/>
    <w:rsid w:val="00D850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63B5F"/>
  <w14:defaultImageDpi w14:val="300"/>
  <w15:docId w15:val="{058069A3-81AE-4B70-8347-85C125D6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color w:val="222222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</cp:lastModifiedBy>
  <cp:revision>4</cp:revision>
  <dcterms:created xsi:type="dcterms:W3CDTF">2013-12-23T23:15:00Z</dcterms:created>
  <dcterms:modified xsi:type="dcterms:W3CDTF">2026-11-03T15:32:00Z</dcterms:modified>
  <cp:category/>
</cp:coreProperties>
</file>