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7A9FD" w14:textId="57CDEE00" w:rsidR="00C7168E" w:rsidRPr="004E3495" w:rsidRDefault="00000000">
      <w:pPr>
        <w:spacing w:before="400" w:after="80"/>
        <w:jc w:val="center"/>
        <w:rPr>
          <w:lang w:val="it-IT"/>
        </w:rPr>
      </w:pPr>
      <w:r w:rsidRPr="004E3495">
        <w:rPr>
          <w:b/>
          <w:color w:val="1F4E79"/>
          <w:sz w:val="32"/>
          <w:lang w:val="it-IT"/>
        </w:rPr>
        <w:t xml:space="preserve">ALLEGATO </w:t>
      </w:r>
      <w:r w:rsidRPr="004E3495">
        <w:rPr>
          <w:b/>
          <w:color w:val="1F4E79"/>
          <w:sz w:val="32"/>
          <w:lang w:val="it-IT"/>
        </w:rPr>
        <w:br/>
        <w:t>SCHEDA DI PROPOSTA PROGETTUALE E PIANO DEI COSTI</w:t>
      </w:r>
    </w:p>
    <w:p w14:paraId="3D9123BB" w14:textId="77777777" w:rsidR="00C7168E" w:rsidRPr="004E3495" w:rsidRDefault="00000000">
      <w:pPr>
        <w:spacing w:after="480"/>
        <w:jc w:val="center"/>
        <w:rPr>
          <w:lang w:val="it-IT"/>
        </w:rPr>
      </w:pPr>
      <w:r w:rsidRPr="004E3495">
        <w:rPr>
          <w:b/>
          <w:color w:val="595959"/>
          <w:sz w:val="22"/>
          <w:lang w:val="it-IT"/>
        </w:rPr>
        <w:t>CO-PROGETTAZIONE E REALIZZAZIONE DI PERCORSI PERSONALIZZATI DI INCLUSIONE E AUTONOMIA PER LE PERSONE CON DISABILITÀ</w:t>
      </w:r>
      <w:r w:rsidRPr="004E3495">
        <w:rPr>
          <w:b/>
          <w:color w:val="595959"/>
          <w:sz w:val="22"/>
          <w:lang w:val="it-IT"/>
        </w:rPr>
        <w:br/>
        <w:t xml:space="preserve">PR CAMPANIA FSE+ 2021-2027 – Obiettivo Specifico ESO 4.11 – Azione </w:t>
      </w:r>
      <w:proofErr w:type="gramStart"/>
      <w:r w:rsidRPr="004E3495">
        <w:rPr>
          <w:b/>
          <w:color w:val="595959"/>
          <w:sz w:val="22"/>
          <w:lang w:val="it-IT"/>
        </w:rPr>
        <w:t>3.k.</w:t>
      </w:r>
      <w:proofErr w:type="gramEnd"/>
      <w:r w:rsidRPr="004E3495">
        <w:rPr>
          <w:b/>
          <w:color w:val="595959"/>
          <w:sz w:val="22"/>
          <w:lang w:val="it-IT"/>
        </w:rPr>
        <w:t>1</w:t>
      </w:r>
      <w:r w:rsidRPr="004E3495">
        <w:rPr>
          <w:b/>
          <w:color w:val="595959"/>
          <w:sz w:val="22"/>
          <w:lang w:val="it-IT"/>
        </w:rPr>
        <w:br/>
        <w:t>Azienda Speciale Consortile B02</w:t>
      </w:r>
    </w:p>
    <w:p w14:paraId="04148817" w14:textId="77777777" w:rsidR="00C7168E" w:rsidRPr="004E3495" w:rsidRDefault="00000000">
      <w:pPr>
        <w:pStyle w:val="Titolo1"/>
        <w:spacing w:before="360" w:after="120"/>
        <w:rPr>
          <w:lang w:val="it-IT"/>
        </w:rPr>
      </w:pPr>
      <w:r w:rsidRPr="004E3495">
        <w:rPr>
          <w:color w:val="1F4E79"/>
          <w:sz w:val="26"/>
          <w:lang w:val="it-IT"/>
        </w:rPr>
        <w:t>SEZIONE 1: DATI DEL SOGGETTO PARTECIPANTE / RAGGRUPPAMENTO</w:t>
      </w:r>
    </w:p>
    <w:p w14:paraId="22B594F4" w14:textId="77777777" w:rsidR="00C7168E" w:rsidRPr="004E3495" w:rsidRDefault="00000000">
      <w:pPr>
        <w:rPr>
          <w:lang w:val="it-IT"/>
        </w:rPr>
      </w:pPr>
      <w:r w:rsidRPr="004E3495">
        <w:rPr>
          <w:i/>
          <w:lang w:val="it-IT"/>
        </w:rPr>
        <w:t>Compilare la presente sezione con i dati identificativi del soggetto singolo o, in caso di partecipazione in raggruppamento (RTI/ATS costituito o costituendo), con i dati di tutti i componenti. Si rammenta che ai raggruppamenti viene attribuito un punteggio premiale di 5 punti.</w:t>
      </w:r>
    </w:p>
    <w:tbl>
      <w:tblPr>
        <w:tblW w:w="0" w:type="auto"/>
        <w:jc w:val="center"/>
        <w:tblBorders>
          <w:top w:val="single" w:sz="4" w:space="0" w:color="D3D3D3"/>
          <w:left w:val="single" w:sz="4" w:space="0" w:color="D3D3D3"/>
          <w:bottom w:val="single" w:sz="4" w:space="0" w:color="D3D3D3"/>
          <w:right w:val="single" w:sz="4" w:space="0" w:color="D3D3D3"/>
          <w:insideH w:val="single" w:sz="4" w:space="0" w:color="D3D3D3"/>
          <w:insideV w:val="single" w:sz="4" w:space="0" w:color="D3D3D3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5760"/>
      </w:tblGrid>
      <w:tr w:rsidR="00C7168E" w14:paraId="76682C05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2009C4" w14:textId="77777777" w:rsidR="00C7168E" w:rsidRDefault="00000000">
            <w:pPr>
              <w:spacing w:before="40" w:after="40"/>
            </w:pPr>
            <w:proofErr w:type="spellStart"/>
            <w:r>
              <w:rPr>
                <w:b/>
              </w:rPr>
              <w:t>Denominazione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Ragione</w:t>
            </w:r>
            <w:proofErr w:type="spellEnd"/>
            <w:r>
              <w:rPr>
                <w:b/>
              </w:rPr>
              <w:t xml:space="preserve"> Sociale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2375BB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[Digitare qui]</w:t>
            </w:r>
          </w:p>
        </w:tc>
      </w:tr>
      <w:tr w:rsidR="00C7168E" w14:paraId="2B2D0076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6DB8A6" w14:textId="77777777" w:rsidR="00C7168E" w:rsidRPr="004E3495" w:rsidRDefault="00000000">
            <w:pPr>
              <w:spacing w:before="40" w:after="40"/>
              <w:rPr>
                <w:lang w:val="it-IT"/>
              </w:rPr>
            </w:pPr>
            <w:r w:rsidRPr="004E3495">
              <w:rPr>
                <w:b/>
                <w:lang w:val="it-IT"/>
              </w:rPr>
              <w:t>Forma Giuridica (singolo / raggruppamento RTI-ATS)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518376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</w:t>
            </w:r>
            <w:proofErr w:type="spellStart"/>
            <w:r>
              <w:rPr>
                <w:color w:val="BFBFBF"/>
              </w:rPr>
              <w:t>Digitare</w:t>
            </w:r>
            <w:proofErr w:type="spellEnd"/>
            <w:r>
              <w:rPr>
                <w:color w:val="BFBFBF"/>
              </w:rPr>
              <w:t xml:space="preserve"> qui]</w:t>
            </w:r>
          </w:p>
        </w:tc>
      </w:tr>
      <w:tr w:rsidR="00C7168E" w14:paraId="2DB49D95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778A5A" w14:textId="77777777" w:rsidR="00C7168E" w:rsidRPr="004E3495" w:rsidRDefault="00000000">
            <w:pPr>
              <w:spacing w:before="40" w:after="40"/>
              <w:rPr>
                <w:lang w:val="it-IT"/>
              </w:rPr>
            </w:pPr>
            <w:r w:rsidRPr="004E3495">
              <w:rPr>
                <w:b/>
                <w:lang w:val="it-IT"/>
              </w:rPr>
              <w:t>N. Iscrizione RUNTS (se ETS) o Sez. Albo Regionale Accreditamento (Sez. A / B)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039695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</w:t>
            </w:r>
            <w:proofErr w:type="spellStart"/>
            <w:r>
              <w:rPr>
                <w:color w:val="BFBFBF"/>
              </w:rPr>
              <w:t>Digitare</w:t>
            </w:r>
            <w:proofErr w:type="spellEnd"/>
            <w:r>
              <w:rPr>
                <w:color w:val="BFBFBF"/>
              </w:rPr>
              <w:t xml:space="preserve"> qui]</w:t>
            </w:r>
          </w:p>
        </w:tc>
      </w:tr>
      <w:tr w:rsidR="00C7168E" w14:paraId="453A3083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0E339A" w14:textId="77777777" w:rsidR="00C7168E" w:rsidRPr="004E3495" w:rsidRDefault="00000000">
            <w:pPr>
              <w:spacing w:before="40" w:after="40"/>
              <w:rPr>
                <w:lang w:val="it-IT"/>
              </w:rPr>
            </w:pPr>
            <w:r w:rsidRPr="004E3495">
              <w:rPr>
                <w:b/>
                <w:lang w:val="it-IT"/>
              </w:rPr>
              <w:t>Sede Legale ed Operativa in Campania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DE3F97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</w:t>
            </w:r>
            <w:proofErr w:type="spellStart"/>
            <w:r>
              <w:rPr>
                <w:color w:val="BFBFBF"/>
              </w:rPr>
              <w:t>Digitare</w:t>
            </w:r>
            <w:proofErr w:type="spellEnd"/>
            <w:r>
              <w:rPr>
                <w:color w:val="BFBFBF"/>
              </w:rPr>
              <w:t xml:space="preserve"> qui]</w:t>
            </w:r>
          </w:p>
        </w:tc>
      </w:tr>
      <w:tr w:rsidR="00C7168E" w14:paraId="167935D0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63F551" w14:textId="77777777" w:rsidR="00C7168E" w:rsidRDefault="00000000">
            <w:pPr>
              <w:spacing w:before="40" w:after="40"/>
            </w:pPr>
            <w:r>
              <w:rPr>
                <w:b/>
              </w:rPr>
              <w:t>Codice Fiscale / Partita IVA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C71B8F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[Digitare qui]</w:t>
            </w:r>
          </w:p>
        </w:tc>
      </w:tr>
      <w:tr w:rsidR="00C7168E" w14:paraId="7640317D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121F84" w14:textId="77777777" w:rsidR="00C7168E" w:rsidRPr="004E3495" w:rsidRDefault="00000000">
            <w:pPr>
              <w:spacing w:before="40" w:after="40"/>
              <w:rPr>
                <w:lang w:val="it-IT"/>
              </w:rPr>
            </w:pPr>
            <w:r w:rsidRPr="004E3495">
              <w:rPr>
                <w:b/>
                <w:lang w:val="it-IT"/>
              </w:rPr>
              <w:t>Legale Rappresentante (Nome, Cognome, Carica)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4FD236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</w:t>
            </w:r>
            <w:proofErr w:type="spellStart"/>
            <w:r>
              <w:rPr>
                <w:color w:val="BFBFBF"/>
              </w:rPr>
              <w:t>Digitare</w:t>
            </w:r>
            <w:proofErr w:type="spellEnd"/>
            <w:r>
              <w:rPr>
                <w:color w:val="BFBFBF"/>
              </w:rPr>
              <w:t xml:space="preserve"> qui]</w:t>
            </w:r>
          </w:p>
        </w:tc>
      </w:tr>
      <w:tr w:rsidR="00C7168E" w14:paraId="1AAE01CA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B77A61" w14:textId="77777777" w:rsidR="00C7168E" w:rsidRPr="004E3495" w:rsidRDefault="00000000">
            <w:pPr>
              <w:spacing w:before="40" w:after="40"/>
              <w:rPr>
                <w:lang w:val="it-IT"/>
              </w:rPr>
            </w:pPr>
            <w:r w:rsidRPr="004E3495">
              <w:rPr>
                <w:b/>
                <w:lang w:val="it-IT"/>
              </w:rPr>
              <w:t>Referente Progetto (Nome, Telefono, E-mail)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4DE995A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</w:t>
            </w:r>
            <w:proofErr w:type="spellStart"/>
            <w:r>
              <w:rPr>
                <w:color w:val="BFBFBF"/>
              </w:rPr>
              <w:t>Digitare</w:t>
            </w:r>
            <w:proofErr w:type="spellEnd"/>
            <w:r>
              <w:rPr>
                <w:color w:val="BFBFBF"/>
              </w:rPr>
              <w:t xml:space="preserve"> qui]</w:t>
            </w:r>
          </w:p>
        </w:tc>
      </w:tr>
      <w:tr w:rsidR="00C7168E" w14:paraId="1D09E980" w14:textId="77777777">
        <w:trPr>
          <w:jc w:val="center"/>
        </w:trPr>
        <w:tc>
          <w:tcPr>
            <w:tcW w:w="3600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877209" w14:textId="77777777" w:rsidR="00C7168E" w:rsidRDefault="00000000">
            <w:pPr>
              <w:spacing w:before="40" w:after="40"/>
            </w:pPr>
            <w:r>
              <w:rPr>
                <w:b/>
              </w:rPr>
              <w:t>PEC per comunicazioni ufficiali</w:t>
            </w:r>
          </w:p>
        </w:tc>
        <w:tc>
          <w:tcPr>
            <w:tcW w:w="5760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2E79F9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[Digitare qui]</w:t>
            </w:r>
          </w:p>
        </w:tc>
      </w:tr>
    </w:tbl>
    <w:p w14:paraId="204F9524" w14:textId="77777777" w:rsidR="00C7168E" w:rsidRPr="004E3495" w:rsidRDefault="00000000">
      <w:pPr>
        <w:pStyle w:val="Titolo1"/>
        <w:spacing w:after="120"/>
        <w:rPr>
          <w:lang w:val="it-IT"/>
        </w:rPr>
      </w:pPr>
      <w:r w:rsidRPr="004E3495">
        <w:rPr>
          <w:color w:val="1F4E79"/>
          <w:sz w:val="26"/>
          <w:lang w:val="it-IT"/>
        </w:rPr>
        <w:t>SEZIONE 2: PROPOSTA TECNICO-QUALITATIVA (Max 25 Punti)</w:t>
      </w:r>
    </w:p>
    <w:p w14:paraId="28193E0D" w14:textId="77777777" w:rsidR="00C7168E" w:rsidRPr="004E3495" w:rsidRDefault="00000000">
      <w:pPr>
        <w:spacing w:after="240"/>
        <w:rPr>
          <w:lang w:val="it-IT"/>
        </w:rPr>
      </w:pPr>
      <w:r w:rsidRPr="004E3495">
        <w:rPr>
          <w:i/>
          <w:lang w:val="it-IT"/>
        </w:rPr>
        <w:t>Sviluppare la proposta progettuale descrivendo dettagliatamente le modalità di realizzazione delle attività con riferimento alle sottosezioni indicate. La proposta sarà valutata ai sensi dei criteri dell'Art. 7 dell'Avviso. Rispettare le indicazioni di lunghezza massima suggerite per garantire l'efficacia della lettura.</w:t>
      </w:r>
    </w:p>
    <w:p w14:paraId="6B6E467F" w14:textId="77777777" w:rsidR="00C7168E" w:rsidRPr="004E3495" w:rsidRDefault="00000000">
      <w:pPr>
        <w:pStyle w:val="Titolo2"/>
        <w:spacing w:before="280" w:after="80"/>
        <w:rPr>
          <w:lang w:val="it-IT"/>
        </w:rPr>
      </w:pPr>
      <w:r w:rsidRPr="004E3495">
        <w:rPr>
          <w:color w:val="2F5496"/>
          <w:sz w:val="22"/>
          <w:lang w:val="it-IT"/>
        </w:rPr>
        <w:lastRenderedPageBreak/>
        <w:t>2.1 Metodologia e tipologia di attività (Aderenza alla Scheda D ed Art. 8 regionale)</w:t>
      </w:r>
    </w:p>
    <w:p w14:paraId="009364CF" w14:textId="77777777" w:rsidR="00C7168E" w:rsidRDefault="00000000">
      <w:pPr>
        <w:spacing w:after="80"/>
      </w:pPr>
      <w:r w:rsidRPr="004E3495">
        <w:rPr>
          <w:i/>
          <w:color w:val="7F7F7F"/>
          <w:sz w:val="18"/>
          <w:lang w:val="it-IT"/>
        </w:rPr>
        <w:t>Indicazioni di compilazione: Descrivere la metodologia complessiva per l'attivazione dei percorsi personalizzati. Specificare come saranno strutturate le azioni concrete con i destinatari (persone con disabilità ai sensi dell'art. 3 L. 104/92) nelle diverse linee di intervento selezionate (es. autonomia, inclusione, orientamento lavorativo, soluzioni abitative). Illustrare come si intende declinare operativamente il paradigma del Progetto di Vita individuale (</w:t>
      </w:r>
      <w:proofErr w:type="spellStart"/>
      <w:r w:rsidRPr="004E3495">
        <w:rPr>
          <w:i/>
          <w:color w:val="7F7F7F"/>
          <w:sz w:val="18"/>
          <w:lang w:val="it-IT"/>
        </w:rPr>
        <w:t>D.Lgs.</w:t>
      </w:r>
      <w:proofErr w:type="spellEnd"/>
      <w:r w:rsidRPr="004E3495">
        <w:rPr>
          <w:i/>
          <w:color w:val="7F7F7F"/>
          <w:sz w:val="18"/>
          <w:lang w:val="it-IT"/>
        </w:rPr>
        <w:t xml:space="preserve"> 62/2024).</w:t>
      </w:r>
      <w:r w:rsidRPr="004E3495">
        <w:rPr>
          <w:i/>
          <w:color w:val="7F7F7F"/>
          <w:sz w:val="18"/>
          <w:lang w:val="it-IT"/>
        </w:rPr>
        <w:br/>
      </w:r>
      <w:proofErr w:type="spellStart"/>
      <w:r>
        <w:rPr>
          <w:i/>
          <w:color w:val="7F7F7F"/>
          <w:sz w:val="18"/>
        </w:rPr>
        <w:t>Limite</w:t>
      </w:r>
      <w:proofErr w:type="spellEnd"/>
      <w:r>
        <w:rPr>
          <w:i/>
          <w:color w:val="7F7F7F"/>
          <w:sz w:val="18"/>
        </w:rPr>
        <w:t xml:space="preserve"> </w:t>
      </w:r>
      <w:proofErr w:type="spellStart"/>
      <w:r>
        <w:rPr>
          <w:i/>
          <w:color w:val="7F7F7F"/>
          <w:sz w:val="18"/>
        </w:rPr>
        <w:t>suggerito</w:t>
      </w:r>
      <w:proofErr w:type="spellEnd"/>
      <w:r>
        <w:rPr>
          <w:i/>
          <w:color w:val="7F7F7F"/>
          <w:sz w:val="18"/>
        </w:rPr>
        <w:t>: Max 3 pagine</w:t>
      </w:r>
    </w:p>
    <w:p w14:paraId="318F179E" w14:textId="77777777" w:rsidR="00C7168E" w:rsidRDefault="00C7168E">
      <w:pPr>
        <w:spacing w:before="80" w:after="2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C7168E" w:rsidRPr="004E3495" w14:paraId="15BCA93F" w14:textId="77777777">
        <w:trPr>
          <w:jc w:val="center"/>
        </w:trPr>
        <w:tc>
          <w:tcPr>
            <w:tcW w:w="9360" w:type="dxa"/>
            <w:tcBorders>
              <w:top w:val="single" w:sz="4" w:space="0" w:color="CCCCCC"/>
              <w:left w:val="single" w:sz="12" w:space="0" w:color="1F4E79"/>
              <w:bottom w:val="single" w:sz="4" w:space="0" w:color="CCCCCC"/>
              <w:right w:val="single" w:sz="4" w:space="0" w:color="CCCCCC"/>
            </w:tcBorders>
            <w:shd w:val="clear" w:color="auto" w:fill="FAFAFA"/>
            <w:tcMar>
              <w:top w:w="200" w:type="dxa"/>
              <w:left w:w="200" w:type="dxa"/>
              <w:bottom w:w="800" w:type="dxa"/>
              <w:right w:w="200" w:type="dxa"/>
            </w:tcMar>
          </w:tcPr>
          <w:p w14:paraId="5989C7A3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[Scrivere qui il testo della proposta...]</w:t>
            </w:r>
          </w:p>
        </w:tc>
      </w:tr>
    </w:tbl>
    <w:p w14:paraId="01B59CC6" w14:textId="77777777" w:rsidR="00C7168E" w:rsidRPr="004E3495" w:rsidRDefault="00000000">
      <w:pPr>
        <w:pStyle w:val="Titolo2"/>
        <w:spacing w:before="280" w:after="80"/>
        <w:rPr>
          <w:lang w:val="it-IT"/>
        </w:rPr>
      </w:pPr>
      <w:r w:rsidRPr="004E3495">
        <w:rPr>
          <w:color w:val="2F5496"/>
          <w:sz w:val="22"/>
          <w:lang w:val="it-IT"/>
        </w:rPr>
        <w:t>2.2 Rispondenza ai fabbisogni del territorio dell'Ambito B02</w:t>
      </w:r>
    </w:p>
    <w:p w14:paraId="2F4C04F7" w14:textId="77777777" w:rsidR="00C7168E" w:rsidRDefault="00000000">
      <w:pPr>
        <w:spacing w:after="80"/>
      </w:pPr>
      <w:r w:rsidRPr="004E3495">
        <w:rPr>
          <w:i/>
          <w:color w:val="7F7F7F"/>
          <w:sz w:val="18"/>
          <w:lang w:val="it-IT"/>
        </w:rPr>
        <w:t>Indicazioni di compilazione: Evidenziare la conoscenza del contesto socio-sanitario del territorio dell'Ambito B02. Descrivere come la proposta intercetta i reali fabbisogni delle persone con disabilità residenti, indicando eventuali sinergie con le reti formali e informali del territorio (servizi sociali comunali, ASL, associazioni di famiglie, ecc.).</w:t>
      </w:r>
      <w:r w:rsidRPr="004E3495">
        <w:rPr>
          <w:i/>
          <w:color w:val="7F7F7F"/>
          <w:sz w:val="18"/>
          <w:lang w:val="it-IT"/>
        </w:rPr>
        <w:br/>
      </w:r>
      <w:proofErr w:type="spellStart"/>
      <w:r>
        <w:rPr>
          <w:i/>
          <w:color w:val="7F7F7F"/>
          <w:sz w:val="18"/>
        </w:rPr>
        <w:t>Limite</w:t>
      </w:r>
      <w:proofErr w:type="spellEnd"/>
      <w:r>
        <w:rPr>
          <w:i/>
          <w:color w:val="7F7F7F"/>
          <w:sz w:val="18"/>
        </w:rPr>
        <w:t xml:space="preserve"> </w:t>
      </w:r>
      <w:proofErr w:type="spellStart"/>
      <w:r>
        <w:rPr>
          <w:i/>
          <w:color w:val="7F7F7F"/>
          <w:sz w:val="18"/>
        </w:rPr>
        <w:t>suggerito</w:t>
      </w:r>
      <w:proofErr w:type="spellEnd"/>
      <w:r>
        <w:rPr>
          <w:i/>
          <w:color w:val="7F7F7F"/>
          <w:sz w:val="18"/>
        </w:rPr>
        <w:t>: Max 1.5 pagine</w:t>
      </w:r>
    </w:p>
    <w:p w14:paraId="12673195" w14:textId="77777777" w:rsidR="00C7168E" w:rsidRDefault="00C7168E">
      <w:pPr>
        <w:spacing w:before="80" w:after="2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C7168E" w:rsidRPr="004E3495" w14:paraId="5A1A3B7D" w14:textId="77777777">
        <w:trPr>
          <w:jc w:val="center"/>
        </w:trPr>
        <w:tc>
          <w:tcPr>
            <w:tcW w:w="9360" w:type="dxa"/>
            <w:tcBorders>
              <w:top w:val="single" w:sz="4" w:space="0" w:color="CCCCCC"/>
              <w:left w:val="single" w:sz="12" w:space="0" w:color="1F4E79"/>
              <w:bottom w:val="single" w:sz="4" w:space="0" w:color="CCCCCC"/>
              <w:right w:val="single" w:sz="4" w:space="0" w:color="CCCCCC"/>
            </w:tcBorders>
            <w:shd w:val="clear" w:color="auto" w:fill="FAFAFA"/>
            <w:tcMar>
              <w:top w:w="200" w:type="dxa"/>
              <w:left w:w="200" w:type="dxa"/>
              <w:bottom w:w="800" w:type="dxa"/>
              <w:right w:w="200" w:type="dxa"/>
            </w:tcMar>
          </w:tcPr>
          <w:p w14:paraId="1BE5CDF0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[Scrivere qui il testo della proposta...]</w:t>
            </w:r>
          </w:p>
        </w:tc>
      </w:tr>
    </w:tbl>
    <w:p w14:paraId="3B69194E" w14:textId="77777777" w:rsidR="00C7168E" w:rsidRPr="004E3495" w:rsidRDefault="00000000">
      <w:pPr>
        <w:pStyle w:val="Titolo2"/>
        <w:spacing w:before="280" w:after="80"/>
        <w:rPr>
          <w:lang w:val="it-IT"/>
        </w:rPr>
      </w:pPr>
      <w:r w:rsidRPr="004E3495">
        <w:rPr>
          <w:color w:val="2F5496"/>
          <w:sz w:val="22"/>
          <w:lang w:val="it-IT"/>
        </w:rPr>
        <w:t>2.3 Strumenti operativi e metodologici per la presa in carico</w:t>
      </w:r>
    </w:p>
    <w:p w14:paraId="49FC9895" w14:textId="77777777" w:rsidR="00C7168E" w:rsidRDefault="00000000">
      <w:pPr>
        <w:spacing w:after="80"/>
      </w:pPr>
      <w:r w:rsidRPr="004E3495">
        <w:rPr>
          <w:i/>
          <w:color w:val="7F7F7F"/>
          <w:sz w:val="18"/>
          <w:lang w:val="it-IT"/>
        </w:rPr>
        <w:t>Indicazioni di compilazione: Illustrare gli strumenti di case management, valutazione multidimensionale, pianificazione e facilitazione che si intendono adottare. Dettagliare il ruolo del tutor/case manager nel raccordo tra i servizi e nel supporto continuativo al destinatario e al suo nucleo familiare.</w:t>
      </w:r>
      <w:r w:rsidRPr="004E3495">
        <w:rPr>
          <w:i/>
          <w:color w:val="7F7F7F"/>
          <w:sz w:val="18"/>
          <w:lang w:val="it-IT"/>
        </w:rPr>
        <w:br/>
      </w:r>
      <w:proofErr w:type="spellStart"/>
      <w:r>
        <w:rPr>
          <w:i/>
          <w:color w:val="7F7F7F"/>
          <w:sz w:val="18"/>
        </w:rPr>
        <w:t>Limite</w:t>
      </w:r>
      <w:proofErr w:type="spellEnd"/>
      <w:r>
        <w:rPr>
          <w:i/>
          <w:color w:val="7F7F7F"/>
          <w:sz w:val="18"/>
        </w:rPr>
        <w:t xml:space="preserve"> </w:t>
      </w:r>
      <w:proofErr w:type="spellStart"/>
      <w:r>
        <w:rPr>
          <w:i/>
          <w:color w:val="7F7F7F"/>
          <w:sz w:val="18"/>
        </w:rPr>
        <w:t>suggerito</w:t>
      </w:r>
      <w:proofErr w:type="spellEnd"/>
      <w:r>
        <w:rPr>
          <w:i/>
          <w:color w:val="7F7F7F"/>
          <w:sz w:val="18"/>
        </w:rPr>
        <w:t>: Max 1.5 pagine</w:t>
      </w:r>
    </w:p>
    <w:p w14:paraId="7A765E66" w14:textId="77777777" w:rsidR="00C7168E" w:rsidRDefault="00C7168E">
      <w:pPr>
        <w:spacing w:before="80" w:after="2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C7168E" w:rsidRPr="004E3495" w14:paraId="5052EDB6" w14:textId="77777777">
        <w:trPr>
          <w:jc w:val="center"/>
        </w:trPr>
        <w:tc>
          <w:tcPr>
            <w:tcW w:w="9360" w:type="dxa"/>
            <w:tcBorders>
              <w:top w:val="single" w:sz="4" w:space="0" w:color="CCCCCC"/>
              <w:left w:val="single" w:sz="12" w:space="0" w:color="1F4E79"/>
              <w:bottom w:val="single" w:sz="4" w:space="0" w:color="CCCCCC"/>
              <w:right w:val="single" w:sz="4" w:space="0" w:color="CCCCCC"/>
            </w:tcBorders>
            <w:shd w:val="clear" w:color="auto" w:fill="FAFAFA"/>
            <w:tcMar>
              <w:top w:w="200" w:type="dxa"/>
              <w:left w:w="200" w:type="dxa"/>
              <w:bottom w:w="800" w:type="dxa"/>
              <w:right w:w="200" w:type="dxa"/>
            </w:tcMar>
          </w:tcPr>
          <w:p w14:paraId="2A1059D4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[Scrivere qui il testo della proposta...]</w:t>
            </w:r>
          </w:p>
        </w:tc>
      </w:tr>
    </w:tbl>
    <w:p w14:paraId="187634D7" w14:textId="77777777" w:rsidR="00C7168E" w:rsidRPr="004E3495" w:rsidRDefault="00000000">
      <w:pPr>
        <w:pStyle w:val="Titolo2"/>
        <w:spacing w:before="280" w:after="80"/>
        <w:rPr>
          <w:lang w:val="it-IT"/>
        </w:rPr>
      </w:pPr>
      <w:r w:rsidRPr="004E3495">
        <w:rPr>
          <w:color w:val="2F5496"/>
          <w:sz w:val="22"/>
          <w:lang w:val="it-IT"/>
        </w:rPr>
        <w:t>2.4 Piano di monitoraggio e valutazione dei percorsi</w:t>
      </w:r>
    </w:p>
    <w:p w14:paraId="09D5C7CB" w14:textId="7528255B" w:rsidR="00C7168E" w:rsidRPr="009D5CC1" w:rsidRDefault="00000000">
      <w:pPr>
        <w:spacing w:after="80"/>
        <w:rPr>
          <w:lang w:val="it-IT"/>
        </w:rPr>
      </w:pPr>
      <w:r w:rsidRPr="004E3495">
        <w:rPr>
          <w:i/>
          <w:color w:val="7F7F7F"/>
          <w:sz w:val="18"/>
          <w:lang w:val="it-IT"/>
        </w:rPr>
        <w:t xml:space="preserve">Indicazioni di compilazione: Descrivere il sistema di monitoraggio fisico, procedurale e finanziario delle attività. Indicare gli indicatori di output e di risultato scelti per verificare l'avanzamento dei percorsi (es. numero di Progetti di Vita attivati, ore di </w:t>
      </w:r>
      <w:r w:rsidRPr="004E3495">
        <w:rPr>
          <w:i/>
          <w:color w:val="7F7F7F"/>
          <w:sz w:val="18"/>
          <w:lang w:val="it-IT"/>
        </w:rPr>
        <w:lastRenderedPageBreak/>
        <w:t xml:space="preserve">servizio erogate, risultati di inclusione raggiunti) e le modalità di alimentazione del </w:t>
      </w:r>
      <w:proofErr w:type="gramStart"/>
      <w:r w:rsidRPr="004E3495">
        <w:rPr>
          <w:i/>
          <w:color w:val="7F7F7F"/>
          <w:sz w:val="18"/>
          <w:lang w:val="it-IT"/>
        </w:rPr>
        <w:t xml:space="preserve">sistema </w:t>
      </w:r>
      <w:r w:rsidR="009D5CC1">
        <w:rPr>
          <w:i/>
          <w:color w:val="7F7F7F"/>
          <w:sz w:val="18"/>
          <w:lang w:val="it-IT"/>
        </w:rPr>
        <w:t xml:space="preserve"> di</w:t>
      </w:r>
      <w:proofErr w:type="gramEnd"/>
      <w:r w:rsidR="009D5CC1">
        <w:rPr>
          <w:i/>
          <w:color w:val="7F7F7F"/>
          <w:sz w:val="18"/>
          <w:lang w:val="it-IT"/>
        </w:rPr>
        <w:t xml:space="preserve"> rendicontazione</w:t>
      </w:r>
      <w:r w:rsidRPr="004E3495">
        <w:rPr>
          <w:i/>
          <w:color w:val="7F7F7F"/>
          <w:sz w:val="18"/>
          <w:lang w:val="it-IT"/>
        </w:rPr>
        <w:br/>
      </w:r>
      <w:r w:rsidRPr="009D5CC1">
        <w:rPr>
          <w:i/>
          <w:color w:val="7F7F7F"/>
          <w:sz w:val="18"/>
          <w:lang w:val="it-IT"/>
        </w:rPr>
        <w:t>Limite suggerito: Max 1 pagina</w:t>
      </w:r>
    </w:p>
    <w:p w14:paraId="695E6640" w14:textId="77777777" w:rsidR="00C7168E" w:rsidRPr="009D5CC1" w:rsidRDefault="00C7168E">
      <w:pPr>
        <w:spacing w:before="80" w:after="280"/>
        <w:rPr>
          <w:lang w:val="it-IT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C7168E" w:rsidRPr="004E3495" w14:paraId="4E551C6C" w14:textId="77777777">
        <w:trPr>
          <w:jc w:val="center"/>
        </w:trPr>
        <w:tc>
          <w:tcPr>
            <w:tcW w:w="9360" w:type="dxa"/>
            <w:tcBorders>
              <w:top w:val="single" w:sz="4" w:space="0" w:color="CCCCCC"/>
              <w:left w:val="single" w:sz="12" w:space="0" w:color="1F4E79"/>
              <w:bottom w:val="single" w:sz="4" w:space="0" w:color="CCCCCC"/>
              <w:right w:val="single" w:sz="4" w:space="0" w:color="CCCCCC"/>
            </w:tcBorders>
            <w:shd w:val="clear" w:color="auto" w:fill="FAFAFA"/>
            <w:tcMar>
              <w:top w:w="200" w:type="dxa"/>
              <w:left w:w="200" w:type="dxa"/>
              <w:bottom w:w="800" w:type="dxa"/>
              <w:right w:w="200" w:type="dxa"/>
            </w:tcMar>
          </w:tcPr>
          <w:p w14:paraId="6585853B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[Scrivere qui il testo della proposta...]</w:t>
            </w:r>
          </w:p>
        </w:tc>
      </w:tr>
    </w:tbl>
    <w:p w14:paraId="32303BF8" w14:textId="77777777" w:rsidR="00C7168E" w:rsidRPr="004E3495" w:rsidRDefault="00000000">
      <w:pPr>
        <w:pStyle w:val="Titolo2"/>
        <w:spacing w:before="280" w:after="80"/>
        <w:rPr>
          <w:lang w:val="it-IT"/>
        </w:rPr>
      </w:pPr>
      <w:r w:rsidRPr="004E3495">
        <w:rPr>
          <w:color w:val="2F5496"/>
          <w:sz w:val="22"/>
          <w:lang w:val="it-IT"/>
        </w:rPr>
        <w:t>2.5 Aspetti innovativi e migliorativi della proposta</w:t>
      </w:r>
    </w:p>
    <w:p w14:paraId="7F795FAC" w14:textId="77777777" w:rsidR="00C7168E" w:rsidRDefault="00000000">
      <w:pPr>
        <w:spacing w:after="80"/>
      </w:pPr>
      <w:r w:rsidRPr="004E3495">
        <w:rPr>
          <w:i/>
          <w:color w:val="7F7F7F"/>
          <w:sz w:val="18"/>
          <w:lang w:val="it-IT"/>
        </w:rPr>
        <w:t>Indicazioni di compilazione: Presentare eventuali elementi di innovazione sociale, organizzativa o tecnologica (es. uso di ausili tecnologici innovativi, sperimentazioni innovative per l'abitare autonomo o l'inserimento lavorativo). Evidenziare eventuali servizi migliorativi aggiuntivi proposti senza oneri per l'Amministrazione.</w:t>
      </w:r>
      <w:r w:rsidRPr="004E3495">
        <w:rPr>
          <w:i/>
          <w:color w:val="7F7F7F"/>
          <w:sz w:val="18"/>
          <w:lang w:val="it-IT"/>
        </w:rPr>
        <w:br/>
      </w:r>
      <w:proofErr w:type="spellStart"/>
      <w:r>
        <w:rPr>
          <w:i/>
          <w:color w:val="7F7F7F"/>
          <w:sz w:val="18"/>
        </w:rPr>
        <w:t>Limite</w:t>
      </w:r>
      <w:proofErr w:type="spellEnd"/>
      <w:r>
        <w:rPr>
          <w:i/>
          <w:color w:val="7F7F7F"/>
          <w:sz w:val="18"/>
        </w:rPr>
        <w:t xml:space="preserve"> </w:t>
      </w:r>
      <w:proofErr w:type="spellStart"/>
      <w:r>
        <w:rPr>
          <w:i/>
          <w:color w:val="7F7F7F"/>
          <w:sz w:val="18"/>
        </w:rPr>
        <w:t>suggerito</w:t>
      </w:r>
      <w:proofErr w:type="spellEnd"/>
      <w:r>
        <w:rPr>
          <w:i/>
          <w:color w:val="7F7F7F"/>
          <w:sz w:val="18"/>
        </w:rPr>
        <w:t>: Max 1 pagina</w:t>
      </w:r>
    </w:p>
    <w:p w14:paraId="6E584DBB" w14:textId="77777777" w:rsidR="00C7168E" w:rsidRDefault="00C7168E">
      <w:pPr>
        <w:spacing w:before="80" w:after="2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C7168E" w:rsidRPr="004E3495" w14:paraId="54BA8E1A" w14:textId="77777777">
        <w:trPr>
          <w:jc w:val="center"/>
        </w:trPr>
        <w:tc>
          <w:tcPr>
            <w:tcW w:w="9360" w:type="dxa"/>
            <w:tcBorders>
              <w:top w:val="single" w:sz="4" w:space="0" w:color="CCCCCC"/>
              <w:left w:val="single" w:sz="12" w:space="0" w:color="1F4E79"/>
              <w:bottom w:val="single" w:sz="4" w:space="0" w:color="CCCCCC"/>
              <w:right w:val="single" w:sz="4" w:space="0" w:color="CCCCCC"/>
            </w:tcBorders>
            <w:shd w:val="clear" w:color="auto" w:fill="FAFAFA"/>
            <w:tcMar>
              <w:top w:w="200" w:type="dxa"/>
              <w:left w:w="200" w:type="dxa"/>
              <w:bottom w:w="800" w:type="dxa"/>
              <w:right w:w="200" w:type="dxa"/>
            </w:tcMar>
          </w:tcPr>
          <w:p w14:paraId="4CAAEFB3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[Scrivere qui il testo della proposta...]</w:t>
            </w:r>
          </w:p>
        </w:tc>
      </w:tr>
    </w:tbl>
    <w:p w14:paraId="13EA60C0" w14:textId="77777777" w:rsidR="00C7168E" w:rsidRPr="004E3495" w:rsidRDefault="00000000">
      <w:pPr>
        <w:rPr>
          <w:lang w:val="it-IT"/>
        </w:rPr>
      </w:pPr>
      <w:r w:rsidRPr="004E3495">
        <w:rPr>
          <w:lang w:val="it-IT"/>
        </w:rPr>
        <w:br w:type="page"/>
      </w:r>
    </w:p>
    <w:p w14:paraId="218E6F68" w14:textId="77777777" w:rsidR="00C7168E" w:rsidRPr="004E3495" w:rsidRDefault="00000000">
      <w:pPr>
        <w:pStyle w:val="Titolo1"/>
        <w:spacing w:before="360" w:after="120"/>
        <w:rPr>
          <w:lang w:val="it-IT"/>
        </w:rPr>
      </w:pPr>
      <w:r w:rsidRPr="004E3495">
        <w:rPr>
          <w:color w:val="1F4E79"/>
          <w:sz w:val="26"/>
          <w:lang w:val="it-IT"/>
        </w:rPr>
        <w:lastRenderedPageBreak/>
        <w:t>SEZIONE 3: GRUPPO DI LAVORO PROPOSTO (Max 15 Punti)</w:t>
      </w:r>
    </w:p>
    <w:p w14:paraId="7054B176" w14:textId="77777777" w:rsidR="00C7168E" w:rsidRPr="004E3495" w:rsidRDefault="00000000">
      <w:pPr>
        <w:spacing w:after="240"/>
        <w:rPr>
          <w:lang w:val="it-IT"/>
        </w:rPr>
      </w:pPr>
      <w:r w:rsidRPr="004E3495">
        <w:rPr>
          <w:i/>
          <w:lang w:val="it-IT"/>
        </w:rPr>
        <w:t>Elencare le figure professionali individuate per lo svolgimento delle attività, specificando il ruolo nel progetto, il titolo di studio, l'inquadramento e l'esperienza professionale specifica. Si ricorda che a pena di esclusione dovranno essere allegati i curricula di tutti i profili indicati.</w:t>
      </w:r>
    </w:p>
    <w:tbl>
      <w:tblPr>
        <w:tblW w:w="0" w:type="auto"/>
        <w:jc w:val="center"/>
        <w:tblBorders>
          <w:top w:val="single" w:sz="4" w:space="0" w:color="D3D3D3"/>
          <w:left w:val="single" w:sz="4" w:space="0" w:color="D3D3D3"/>
          <w:bottom w:val="single" w:sz="4" w:space="0" w:color="D3D3D3"/>
          <w:right w:val="single" w:sz="4" w:space="0" w:color="D3D3D3"/>
          <w:insideH w:val="single" w:sz="4" w:space="0" w:color="D3D3D3"/>
          <w:insideV w:val="single" w:sz="4" w:space="0" w:color="D3D3D3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1440"/>
        <w:gridCol w:w="1440"/>
      </w:tblGrid>
      <w:tr w:rsidR="00C7168E" w14:paraId="43337E0D" w14:textId="77777777">
        <w:trPr>
          <w:jc w:val="center"/>
        </w:trPr>
        <w:tc>
          <w:tcPr>
            <w:tcW w:w="2160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7C28DD0C" w14:textId="77777777" w:rsidR="00C7168E" w:rsidRDefault="00000000">
            <w:pPr>
              <w:jc w:val="center"/>
            </w:pPr>
            <w:proofErr w:type="spellStart"/>
            <w:r>
              <w:rPr>
                <w:b/>
                <w:color w:val="FFFFFF"/>
                <w:sz w:val="19"/>
              </w:rPr>
              <w:t>Nominativo</w:t>
            </w:r>
            <w:proofErr w:type="spellEnd"/>
            <w:r>
              <w:rPr>
                <w:b/>
                <w:color w:val="FFFFFF"/>
                <w:sz w:val="19"/>
              </w:rPr>
              <w:t xml:space="preserve"> / </w:t>
            </w:r>
            <w:proofErr w:type="spellStart"/>
            <w:r>
              <w:rPr>
                <w:b/>
                <w:color w:val="FFFFFF"/>
                <w:sz w:val="19"/>
              </w:rPr>
              <w:t>Profilo</w:t>
            </w:r>
            <w:proofErr w:type="spellEnd"/>
          </w:p>
        </w:tc>
        <w:tc>
          <w:tcPr>
            <w:tcW w:w="2160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46B505D4" w14:textId="77777777" w:rsidR="00C7168E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Ruolo nel Progetto</w:t>
            </w:r>
          </w:p>
        </w:tc>
        <w:tc>
          <w:tcPr>
            <w:tcW w:w="2160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29AD6238" w14:textId="77777777" w:rsidR="00C7168E" w:rsidRPr="004E3495" w:rsidRDefault="00000000">
            <w:pPr>
              <w:jc w:val="center"/>
              <w:rPr>
                <w:lang w:val="it-IT"/>
              </w:rPr>
            </w:pPr>
            <w:r w:rsidRPr="004E3495">
              <w:rPr>
                <w:b/>
                <w:color w:val="FFFFFF"/>
                <w:sz w:val="19"/>
                <w:lang w:val="it-IT"/>
              </w:rPr>
              <w:t>Titolo di Studio e Qualifica</w:t>
            </w:r>
          </w:p>
        </w:tc>
        <w:tc>
          <w:tcPr>
            <w:tcW w:w="1440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7B9DCDC4" w14:textId="77777777" w:rsidR="00C7168E" w:rsidRDefault="00000000">
            <w:pPr>
              <w:jc w:val="center"/>
            </w:pPr>
            <w:proofErr w:type="spellStart"/>
            <w:r>
              <w:rPr>
                <w:b/>
                <w:color w:val="FFFFFF"/>
                <w:sz w:val="19"/>
              </w:rPr>
              <w:t>Esperienza</w:t>
            </w:r>
            <w:proofErr w:type="spellEnd"/>
            <w:r>
              <w:rPr>
                <w:b/>
                <w:color w:val="FFFFFF"/>
                <w:sz w:val="19"/>
              </w:rPr>
              <w:t xml:space="preserve"> </w:t>
            </w:r>
            <w:proofErr w:type="spellStart"/>
            <w:r>
              <w:rPr>
                <w:b/>
                <w:color w:val="FFFFFF"/>
                <w:sz w:val="19"/>
              </w:rPr>
              <w:t>Specifica</w:t>
            </w:r>
            <w:proofErr w:type="spellEnd"/>
            <w:r>
              <w:rPr>
                <w:b/>
                <w:color w:val="FFFFFF"/>
                <w:sz w:val="19"/>
              </w:rPr>
              <w:t xml:space="preserve"> (Anni)</w:t>
            </w:r>
          </w:p>
        </w:tc>
        <w:tc>
          <w:tcPr>
            <w:tcW w:w="1440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6FEBC6B8" w14:textId="77777777" w:rsidR="00C7168E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Impegno Previsto (Ore/Mesi)</w:t>
            </w:r>
          </w:p>
        </w:tc>
      </w:tr>
      <w:tr w:rsidR="00C7168E" w14:paraId="3D189F39" w14:textId="77777777">
        <w:trPr>
          <w:jc w:val="center"/>
        </w:trPr>
        <w:tc>
          <w:tcPr>
            <w:tcW w:w="216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9778048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8810F8A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A3E029D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7F726EF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5F9DA039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</w:tr>
      <w:tr w:rsidR="00C7168E" w14:paraId="27CD411C" w14:textId="77777777">
        <w:trPr>
          <w:jc w:val="center"/>
        </w:trPr>
        <w:tc>
          <w:tcPr>
            <w:tcW w:w="216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4A1127D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24F3BDF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4B8BA99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0DDB383B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E08EF33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</w:tr>
      <w:tr w:rsidR="00C7168E" w14:paraId="3A3B78E9" w14:textId="77777777">
        <w:trPr>
          <w:jc w:val="center"/>
        </w:trPr>
        <w:tc>
          <w:tcPr>
            <w:tcW w:w="216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084790E3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C8E1368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18B4670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719FF5E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B669A54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</w:tr>
      <w:tr w:rsidR="00C7168E" w14:paraId="7036819F" w14:textId="77777777">
        <w:trPr>
          <w:jc w:val="center"/>
        </w:trPr>
        <w:tc>
          <w:tcPr>
            <w:tcW w:w="216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69A47CE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7C1766A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216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3E88C6A" w14:textId="77777777" w:rsidR="00C7168E" w:rsidRDefault="00000000">
            <w:pPr>
              <w:spacing w:before="40" w:after="40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5B5F720F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  <w:tc>
          <w:tcPr>
            <w:tcW w:w="1440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7A78216" w14:textId="77777777" w:rsidR="00C7168E" w:rsidRDefault="00000000">
            <w:pPr>
              <w:spacing w:before="40" w:after="40"/>
              <w:jc w:val="center"/>
            </w:pPr>
            <w:r>
              <w:rPr>
                <w:color w:val="BFBFBF"/>
              </w:rPr>
              <w:t>[Inserire dato]</w:t>
            </w:r>
          </w:p>
        </w:tc>
      </w:tr>
    </w:tbl>
    <w:p w14:paraId="7617A5DF" w14:textId="77777777" w:rsidR="00C7168E" w:rsidRPr="004E3495" w:rsidRDefault="00000000">
      <w:pPr>
        <w:pStyle w:val="Titolo1"/>
        <w:spacing w:after="120"/>
        <w:rPr>
          <w:lang w:val="it-IT"/>
        </w:rPr>
      </w:pPr>
      <w:r w:rsidRPr="004E3495">
        <w:rPr>
          <w:color w:val="1F4E79"/>
          <w:sz w:val="26"/>
          <w:lang w:val="it-IT"/>
        </w:rPr>
        <w:t>SEZIONE 4: PIANO DEI COSTI DI MASSIMA (Max 25 Punti)</w:t>
      </w:r>
    </w:p>
    <w:p w14:paraId="0443589F" w14:textId="77777777" w:rsidR="00C7168E" w:rsidRPr="004E3495" w:rsidRDefault="00000000">
      <w:pPr>
        <w:spacing w:after="240"/>
        <w:rPr>
          <w:lang w:val="it-IT"/>
        </w:rPr>
      </w:pPr>
      <w:r w:rsidRPr="004E3495">
        <w:rPr>
          <w:i/>
          <w:lang w:val="it-IT"/>
        </w:rPr>
        <w:t>Predisporre un piano finanziario preventivo che rispetti la tipologia di spese ammissibili ai sensi dell'Art. 12 dell'Avviso Regionale. Si ricorda che le attività formative e di inclusione lavorativa saranno rendicontate a Costi Semplificati (UCS), mentre le altre azioni seguiranno il modello a costi reali.</w:t>
      </w:r>
    </w:p>
    <w:tbl>
      <w:tblPr>
        <w:tblW w:w="0" w:type="auto"/>
        <w:jc w:val="center"/>
        <w:tblBorders>
          <w:top w:val="single" w:sz="4" w:space="0" w:color="D3D3D3"/>
          <w:left w:val="single" w:sz="4" w:space="0" w:color="D3D3D3"/>
          <w:bottom w:val="single" w:sz="4" w:space="0" w:color="D3D3D3"/>
          <w:right w:val="single" w:sz="4" w:space="0" w:color="D3D3D3"/>
          <w:insideH w:val="single" w:sz="4" w:space="0" w:color="D3D3D3"/>
          <w:insideV w:val="single" w:sz="4" w:space="0" w:color="D3D3D3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3312"/>
        <w:gridCol w:w="1728"/>
        <w:gridCol w:w="1152"/>
      </w:tblGrid>
      <w:tr w:rsidR="00C7168E" w14:paraId="5F4703C8" w14:textId="77777777">
        <w:trPr>
          <w:jc w:val="center"/>
        </w:trPr>
        <w:tc>
          <w:tcPr>
            <w:tcW w:w="3168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26AB81F0" w14:textId="77777777" w:rsidR="00C7168E" w:rsidRPr="004E3495" w:rsidRDefault="00000000">
            <w:pPr>
              <w:jc w:val="center"/>
              <w:rPr>
                <w:lang w:val="it-IT"/>
              </w:rPr>
            </w:pPr>
            <w:r w:rsidRPr="004E3495">
              <w:rPr>
                <w:b/>
                <w:color w:val="FFFFFF"/>
                <w:sz w:val="18"/>
                <w:lang w:val="it-IT"/>
              </w:rPr>
              <w:t>Macro-categoria di Spesa (Art. 12 Avviso Regionale)</w:t>
            </w:r>
          </w:p>
        </w:tc>
        <w:tc>
          <w:tcPr>
            <w:tcW w:w="3312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1CA4942E" w14:textId="77777777" w:rsidR="00C7168E" w:rsidRDefault="00000000">
            <w:pPr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Descrizione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Sintetica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dei</w:t>
            </w:r>
            <w:proofErr w:type="spellEnd"/>
            <w:r>
              <w:rPr>
                <w:b/>
                <w:color w:val="FFFFFF"/>
                <w:sz w:val="18"/>
              </w:rPr>
              <w:t xml:space="preserve"> Costi</w:t>
            </w:r>
          </w:p>
        </w:tc>
        <w:tc>
          <w:tcPr>
            <w:tcW w:w="1728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70D560D4" w14:textId="77777777" w:rsidR="00C7168E" w:rsidRPr="004E3495" w:rsidRDefault="00000000">
            <w:pPr>
              <w:jc w:val="center"/>
              <w:rPr>
                <w:lang w:val="it-IT"/>
              </w:rPr>
            </w:pPr>
            <w:r w:rsidRPr="004E3495">
              <w:rPr>
                <w:b/>
                <w:color w:val="FFFFFF"/>
                <w:sz w:val="18"/>
                <w:lang w:val="it-IT"/>
              </w:rPr>
              <w:t>Modalità di Rendicontazione</w:t>
            </w:r>
            <w:r w:rsidRPr="004E3495">
              <w:rPr>
                <w:b/>
                <w:color w:val="FFFFFF"/>
                <w:sz w:val="18"/>
                <w:lang w:val="it-IT"/>
              </w:rPr>
              <w:br/>
              <w:t>(Costo Reale / UCS)</w:t>
            </w:r>
          </w:p>
        </w:tc>
        <w:tc>
          <w:tcPr>
            <w:tcW w:w="1152" w:type="dxa"/>
            <w:shd w:val="clear" w:color="auto" w:fill="1F4E79"/>
            <w:tcMar>
              <w:top w:w="140" w:type="dxa"/>
              <w:left w:w="100" w:type="dxa"/>
              <w:bottom w:w="140" w:type="dxa"/>
              <w:right w:w="100" w:type="dxa"/>
            </w:tcMar>
          </w:tcPr>
          <w:p w14:paraId="44F0A717" w14:textId="77777777" w:rsidR="00C7168E" w:rsidRDefault="00000000">
            <w:pPr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Importo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Stimato</w:t>
            </w:r>
            <w:proofErr w:type="spellEnd"/>
            <w:r>
              <w:rPr>
                <w:b/>
                <w:color w:val="FFFFFF"/>
                <w:sz w:val="18"/>
              </w:rPr>
              <w:t xml:space="preserve"> (€)</w:t>
            </w:r>
          </w:p>
        </w:tc>
      </w:tr>
      <w:tr w:rsidR="00C7168E" w14:paraId="68AF6E93" w14:textId="77777777">
        <w:trPr>
          <w:jc w:val="center"/>
        </w:trPr>
        <w:tc>
          <w:tcPr>
            <w:tcW w:w="3168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268F51C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lang w:val="it-IT"/>
              </w:rPr>
              <w:t>Spese di Personale (interno/esterno dedicato al coordinamento e gestione)</w:t>
            </w:r>
          </w:p>
        </w:tc>
        <w:tc>
          <w:tcPr>
            <w:tcW w:w="3312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4F900AC3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[Digitare descrizione delle spese previste]</w:t>
            </w:r>
          </w:p>
        </w:tc>
        <w:tc>
          <w:tcPr>
            <w:tcW w:w="1728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3F9C1A4" w14:textId="77777777" w:rsidR="00C7168E" w:rsidRDefault="00000000">
            <w:pPr>
              <w:jc w:val="center"/>
            </w:pPr>
            <w:r>
              <w:t>Costo Reale</w:t>
            </w:r>
          </w:p>
        </w:tc>
        <w:tc>
          <w:tcPr>
            <w:tcW w:w="1152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F869281" w14:textId="77777777" w:rsidR="00C7168E" w:rsidRDefault="00000000">
            <w:pPr>
              <w:jc w:val="right"/>
            </w:pPr>
            <w:r>
              <w:rPr>
                <w:color w:val="BFBFBF"/>
              </w:rPr>
              <w:t>€ [___]</w:t>
            </w:r>
          </w:p>
        </w:tc>
      </w:tr>
      <w:tr w:rsidR="00C7168E" w14:paraId="180A1BFD" w14:textId="77777777">
        <w:trPr>
          <w:jc w:val="center"/>
        </w:trPr>
        <w:tc>
          <w:tcPr>
            <w:tcW w:w="3168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D31E63A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lang w:val="it-IT"/>
              </w:rPr>
              <w:t>Spese per Servizi Specialistici ed Educativi (tutor, educatori, facilitatori)</w:t>
            </w:r>
          </w:p>
        </w:tc>
        <w:tc>
          <w:tcPr>
            <w:tcW w:w="3312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E5A1D54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[Digitare descrizione delle spese previste]</w:t>
            </w:r>
          </w:p>
        </w:tc>
        <w:tc>
          <w:tcPr>
            <w:tcW w:w="1728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2240CB0" w14:textId="77777777" w:rsidR="00C7168E" w:rsidRDefault="00000000">
            <w:pPr>
              <w:jc w:val="center"/>
            </w:pPr>
            <w:r>
              <w:t>Costo Reale</w:t>
            </w:r>
          </w:p>
        </w:tc>
        <w:tc>
          <w:tcPr>
            <w:tcW w:w="1152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0C078871" w14:textId="77777777" w:rsidR="00C7168E" w:rsidRDefault="00000000">
            <w:pPr>
              <w:jc w:val="right"/>
            </w:pPr>
            <w:r>
              <w:rPr>
                <w:color w:val="BFBFBF"/>
              </w:rPr>
              <w:t>€ [___]</w:t>
            </w:r>
          </w:p>
        </w:tc>
      </w:tr>
      <w:tr w:rsidR="00C7168E" w14:paraId="523A9D0E" w14:textId="77777777">
        <w:trPr>
          <w:jc w:val="center"/>
        </w:trPr>
        <w:tc>
          <w:tcPr>
            <w:tcW w:w="3168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56E07095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lang w:val="it-IT"/>
              </w:rPr>
              <w:t>Spese per Attività Formative e Orientamento (rendicontazione a UCS)</w:t>
            </w:r>
          </w:p>
        </w:tc>
        <w:tc>
          <w:tcPr>
            <w:tcW w:w="3312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7B4BDC64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[Digitare descrizione delle spese previste]</w:t>
            </w:r>
          </w:p>
        </w:tc>
        <w:tc>
          <w:tcPr>
            <w:tcW w:w="1728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852E77C" w14:textId="77777777" w:rsidR="00C7168E" w:rsidRDefault="00000000">
            <w:pPr>
              <w:jc w:val="center"/>
            </w:pPr>
            <w:r>
              <w:t>UCS (Costo Semplificato)</w:t>
            </w:r>
          </w:p>
        </w:tc>
        <w:tc>
          <w:tcPr>
            <w:tcW w:w="1152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0F873CF8" w14:textId="77777777" w:rsidR="00C7168E" w:rsidRDefault="00000000">
            <w:pPr>
              <w:jc w:val="right"/>
            </w:pPr>
            <w:r>
              <w:rPr>
                <w:color w:val="BFBFBF"/>
              </w:rPr>
              <w:t>€ [___]</w:t>
            </w:r>
          </w:p>
        </w:tc>
      </w:tr>
      <w:tr w:rsidR="00C7168E" w14:paraId="2AB883CB" w14:textId="77777777">
        <w:trPr>
          <w:jc w:val="center"/>
        </w:trPr>
        <w:tc>
          <w:tcPr>
            <w:tcW w:w="3168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DA80D4F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lang w:val="it-IT"/>
              </w:rPr>
              <w:lastRenderedPageBreak/>
              <w:t>Spese per Beni, Attrezzature e Tecnologie Assistive (ausili per l'autonomia)</w:t>
            </w:r>
          </w:p>
        </w:tc>
        <w:tc>
          <w:tcPr>
            <w:tcW w:w="3312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231366C5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[Digitare descrizione delle spese previste]</w:t>
            </w:r>
          </w:p>
        </w:tc>
        <w:tc>
          <w:tcPr>
            <w:tcW w:w="1728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A5A4997" w14:textId="77777777" w:rsidR="00C7168E" w:rsidRDefault="00000000">
            <w:pPr>
              <w:jc w:val="center"/>
            </w:pPr>
            <w:r>
              <w:t>Costo Reale</w:t>
            </w:r>
          </w:p>
        </w:tc>
        <w:tc>
          <w:tcPr>
            <w:tcW w:w="1152" w:type="dxa"/>
            <w:shd w:val="clear" w:color="auto" w:fill="F9FBFD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4C5FE46" w14:textId="77777777" w:rsidR="00C7168E" w:rsidRDefault="00000000">
            <w:pPr>
              <w:jc w:val="right"/>
            </w:pPr>
            <w:r>
              <w:rPr>
                <w:color w:val="BFBFBF"/>
              </w:rPr>
              <w:t>€ [___]</w:t>
            </w:r>
          </w:p>
        </w:tc>
      </w:tr>
      <w:tr w:rsidR="00C7168E" w14:paraId="3FD95DB2" w14:textId="77777777">
        <w:trPr>
          <w:jc w:val="center"/>
        </w:trPr>
        <w:tc>
          <w:tcPr>
            <w:tcW w:w="3168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03A4DDB7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lang w:val="it-IT"/>
              </w:rPr>
              <w:t>Spese per Servizi di Trasporto e Costi Connessi alla partecipazione dei destinatari</w:t>
            </w:r>
          </w:p>
        </w:tc>
        <w:tc>
          <w:tcPr>
            <w:tcW w:w="3312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6DA5639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[Digitare descrizione delle spese previste]</w:t>
            </w:r>
          </w:p>
        </w:tc>
        <w:tc>
          <w:tcPr>
            <w:tcW w:w="1728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612AB101" w14:textId="77777777" w:rsidR="00C7168E" w:rsidRDefault="00000000">
            <w:pPr>
              <w:jc w:val="center"/>
            </w:pPr>
            <w:r>
              <w:t>Costo Reale</w:t>
            </w:r>
          </w:p>
        </w:tc>
        <w:tc>
          <w:tcPr>
            <w:tcW w:w="1152" w:type="dx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DD56D92" w14:textId="77777777" w:rsidR="00C7168E" w:rsidRDefault="00000000">
            <w:pPr>
              <w:jc w:val="right"/>
            </w:pPr>
            <w:r>
              <w:rPr>
                <w:color w:val="BFBFBF"/>
              </w:rPr>
              <w:t>€ [___]</w:t>
            </w:r>
          </w:p>
        </w:tc>
      </w:tr>
      <w:tr w:rsidR="00C7168E" w14:paraId="436A150D" w14:textId="77777777">
        <w:trPr>
          <w:jc w:val="center"/>
        </w:trPr>
        <w:tc>
          <w:tcPr>
            <w:tcW w:w="3168" w:type="dxa"/>
            <w:shd w:val="clear" w:color="auto" w:fill="E2EFD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0EC3F79" w14:textId="77777777" w:rsidR="00C7168E" w:rsidRDefault="00000000">
            <w:r>
              <w:rPr>
                <w:b/>
              </w:rPr>
              <w:t>TOTALE GENERALE PROPOSTA FINANZIARIA</w:t>
            </w:r>
          </w:p>
        </w:tc>
        <w:tc>
          <w:tcPr>
            <w:tcW w:w="3312" w:type="dxa"/>
            <w:shd w:val="clear" w:color="auto" w:fill="E2EFD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524BB536" w14:textId="77777777" w:rsidR="00C7168E" w:rsidRDefault="00000000">
            <w:r>
              <w:rPr>
                <w:b/>
              </w:rPr>
              <w:t>Somma delle voci precedenti</w:t>
            </w:r>
          </w:p>
        </w:tc>
        <w:tc>
          <w:tcPr>
            <w:tcW w:w="1728" w:type="dxa"/>
            <w:shd w:val="clear" w:color="auto" w:fill="E2EFD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D73B18F" w14:textId="77777777" w:rsidR="00C7168E" w:rsidRDefault="00000000">
            <w:pPr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152" w:type="dxa"/>
            <w:shd w:val="clear" w:color="auto" w:fill="E2EFDA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A6F85BB" w14:textId="77777777" w:rsidR="00C7168E" w:rsidRDefault="00000000">
            <w:pPr>
              <w:jc w:val="right"/>
            </w:pPr>
            <w:r>
              <w:rPr>
                <w:b/>
              </w:rPr>
              <w:t>€ 0,00</w:t>
            </w:r>
          </w:p>
        </w:tc>
      </w:tr>
    </w:tbl>
    <w:p w14:paraId="57B65D73" w14:textId="77777777" w:rsidR="00C7168E" w:rsidRPr="004E3495" w:rsidRDefault="00000000">
      <w:pPr>
        <w:pStyle w:val="Titolo2"/>
        <w:spacing w:before="280" w:after="80"/>
        <w:rPr>
          <w:lang w:val="it-IT"/>
        </w:rPr>
      </w:pPr>
      <w:r w:rsidRPr="004E3495">
        <w:rPr>
          <w:color w:val="2F5496"/>
          <w:sz w:val="22"/>
          <w:lang w:val="it-IT"/>
        </w:rPr>
        <w:t>4.2 Relazione di Coerenza del Piano dei Costi</w:t>
      </w:r>
    </w:p>
    <w:p w14:paraId="0A2BFACB" w14:textId="77777777" w:rsidR="00C7168E" w:rsidRDefault="00000000">
      <w:pPr>
        <w:spacing w:after="80"/>
      </w:pPr>
      <w:r w:rsidRPr="004E3495">
        <w:rPr>
          <w:i/>
          <w:color w:val="7F7F7F"/>
          <w:sz w:val="18"/>
          <w:lang w:val="it-IT"/>
        </w:rPr>
        <w:t>Indicazioni di compilazione: Fornire una sintetica giustificazione della congruità e della coerenza delle voci di spesa indicate rispetto alla metodologia del progetto, al numero di destinatari raggiungibili e all'estensione del territorio dei Comuni dell'Ambito B02 coperti dalle attività.</w:t>
      </w:r>
      <w:r w:rsidRPr="004E3495">
        <w:rPr>
          <w:i/>
          <w:color w:val="7F7F7F"/>
          <w:sz w:val="18"/>
          <w:lang w:val="it-IT"/>
        </w:rPr>
        <w:br/>
      </w:r>
      <w:proofErr w:type="spellStart"/>
      <w:r>
        <w:rPr>
          <w:i/>
          <w:color w:val="7F7F7F"/>
          <w:sz w:val="18"/>
        </w:rPr>
        <w:t>Limite</w:t>
      </w:r>
      <w:proofErr w:type="spellEnd"/>
      <w:r>
        <w:rPr>
          <w:i/>
          <w:color w:val="7F7F7F"/>
          <w:sz w:val="18"/>
        </w:rPr>
        <w:t xml:space="preserve"> </w:t>
      </w:r>
      <w:proofErr w:type="spellStart"/>
      <w:r>
        <w:rPr>
          <w:i/>
          <w:color w:val="7F7F7F"/>
          <w:sz w:val="18"/>
        </w:rPr>
        <w:t>suggerito</w:t>
      </w:r>
      <w:proofErr w:type="spellEnd"/>
      <w:r>
        <w:rPr>
          <w:i/>
          <w:color w:val="7F7F7F"/>
          <w:sz w:val="18"/>
        </w:rPr>
        <w:t>: Max 1 pagina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C7168E" w:rsidRPr="004E3495" w14:paraId="5AEE83D1" w14:textId="77777777">
        <w:trPr>
          <w:jc w:val="center"/>
        </w:trPr>
        <w:tc>
          <w:tcPr>
            <w:tcW w:w="9360" w:type="dxa"/>
            <w:tcBorders>
              <w:top w:val="single" w:sz="4" w:space="0" w:color="CCCCCC"/>
              <w:left w:val="single" w:sz="12" w:space="0" w:color="1F4E79"/>
              <w:bottom w:val="single" w:sz="4" w:space="0" w:color="CCCCCC"/>
              <w:right w:val="single" w:sz="4" w:space="0" w:color="CCCCCC"/>
            </w:tcBorders>
            <w:shd w:val="clear" w:color="auto" w:fill="FAFAFA"/>
            <w:tcMar>
              <w:top w:w="200" w:type="dxa"/>
              <w:left w:w="200" w:type="dxa"/>
              <w:bottom w:w="500" w:type="dxa"/>
              <w:right w:w="200" w:type="dxa"/>
            </w:tcMar>
          </w:tcPr>
          <w:p w14:paraId="5440F471" w14:textId="77777777" w:rsidR="00C7168E" w:rsidRPr="004E3495" w:rsidRDefault="00000000">
            <w:pPr>
              <w:rPr>
                <w:lang w:val="it-IT"/>
              </w:rPr>
            </w:pPr>
            <w:r w:rsidRPr="004E3495">
              <w:rPr>
                <w:color w:val="BFBFBF"/>
                <w:lang w:val="it-IT"/>
              </w:rPr>
              <w:t>[Scrivere qui la giustificazione dei costi...]</w:t>
            </w:r>
          </w:p>
        </w:tc>
      </w:tr>
    </w:tbl>
    <w:p w14:paraId="0B43D0EE" w14:textId="77777777" w:rsidR="00C7168E" w:rsidRDefault="00000000">
      <w:pPr>
        <w:spacing w:before="600" w:after="400"/>
      </w:pPr>
      <w:proofErr w:type="spellStart"/>
      <w:r>
        <w:t>Luogo</w:t>
      </w:r>
      <w:proofErr w:type="spellEnd"/>
      <w:r>
        <w:t xml:space="preserve"> e data: _______________________</w:t>
      </w:r>
      <w:r>
        <w:br/>
      </w:r>
      <w: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C1207A" w14:paraId="06D8CA6A" w14:textId="77777777">
        <w:trPr>
          <w:jc w:val="center"/>
        </w:trPr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32782F" w14:textId="403A4F59" w:rsidR="00C1207A" w:rsidRPr="00C1207A" w:rsidRDefault="00C1207A">
            <w:pPr>
              <w:rPr>
                <w:lang w:val="it-IT"/>
              </w:rPr>
            </w:pPr>
            <w:r w:rsidRPr="00C1207A">
              <w:rPr>
                <w:sz w:val="19"/>
                <w:lang w:val="it-IT"/>
              </w:rPr>
              <w:t>Il Legale Rappresentante</w:t>
            </w:r>
            <w:r w:rsidRPr="00C1207A">
              <w:rPr>
                <w:sz w:val="19"/>
                <w:lang w:val="it-IT"/>
              </w:rPr>
              <w:br/>
              <w:t xml:space="preserve">del Soggetto </w:t>
            </w:r>
            <w:r>
              <w:rPr>
                <w:sz w:val="19"/>
                <w:lang w:val="it-IT"/>
              </w:rPr>
              <w:t xml:space="preserve">proponente </w:t>
            </w:r>
            <w:r w:rsidRPr="00C1207A">
              <w:rPr>
                <w:sz w:val="19"/>
                <w:lang w:val="it-IT"/>
              </w:rPr>
              <w:br/>
            </w:r>
            <w:r w:rsidRPr="00C1207A">
              <w:rPr>
                <w:sz w:val="19"/>
                <w:lang w:val="it-IT"/>
              </w:rPr>
              <w:br/>
              <w:t>___________________________________</w:t>
            </w:r>
            <w:r w:rsidRPr="00C1207A">
              <w:rPr>
                <w:sz w:val="19"/>
                <w:lang w:val="it-IT"/>
              </w:rPr>
              <w:br/>
              <w:t>(Firma Digitale)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397F63" w14:textId="790EEEA5" w:rsidR="00C1207A" w:rsidRPr="00C1207A" w:rsidRDefault="00C1207A">
            <w:pPr>
              <w:rPr>
                <w:lang w:val="it-IT"/>
              </w:rPr>
            </w:pPr>
            <w:r w:rsidRPr="00C1207A">
              <w:rPr>
                <w:sz w:val="19"/>
                <w:lang w:val="it-IT"/>
              </w:rPr>
              <w:t>I Legali Rappresentanti dei Soggetti Partner</w:t>
            </w:r>
            <w:r w:rsidRPr="00C1207A">
              <w:rPr>
                <w:sz w:val="19"/>
                <w:lang w:val="it-IT"/>
              </w:rPr>
              <w:br/>
              <w:t>(in caso di RTI / ATS costituendo)</w:t>
            </w:r>
            <w:r w:rsidRPr="00C1207A">
              <w:rPr>
                <w:sz w:val="19"/>
                <w:lang w:val="it-IT"/>
              </w:rPr>
              <w:br/>
            </w:r>
            <w:r w:rsidRPr="00C1207A">
              <w:rPr>
                <w:sz w:val="19"/>
                <w:lang w:val="it-IT"/>
              </w:rPr>
              <w:br/>
              <w:t>___________________________________</w:t>
            </w:r>
            <w:r w:rsidRPr="00C1207A">
              <w:rPr>
                <w:sz w:val="19"/>
                <w:lang w:val="it-IT"/>
              </w:rPr>
              <w:br/>
              <w:t>(Firma Digitale)</w:t>
            </w:r>
          </w:p>
        </w:tc>
      </w:tr>
    </w:tbl>
    <w:p w14:paraId="15422D75" w14:textId="237FE4D8" w:rsidR="005E4D1B" w:rsidRPr="00C1207A" w:rsidRDefault="00C1207A" w:rsidP="00C1207A">
      <w:pPr>
        <w:tabs>
          <w:tab w:val="left" w:pos="5865"/>
        </w:tabs>
        <w:rPr>
          <w:lang w:val="it-IT"/>
        </w:rPr>
      </w:pPr>
      <w:r w:rsidRPr="00C1207A">
        <w:rPr>
          <w:lang w:val="it-IT"/>
        </w:rPr>
        <w:tab/>
      </w:r>
    </w:p>
    <w:sectPr w:rsidR="005E4D1B" w:rsidRPr="00C1207A" w:rsidSect="0003461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FAD0B" w14:textId="77777777" w:rsidR="005E4D1B" w:rsidRDefault="005E4D1B">
      <w:pPr>
        <w:spacing w:after="0" w:line="240" w:lineRule="auto"/>
      </w:pPr>
      <w:r>
        <w:separator/>
      </w:r>
    </w:p>
  </w:endnote>
  <w:endnote w:type="continuationSeparator" w:id="0">
    <w:p w14:paraId="6F3C8283" w14:textId="77777777" w:rsidR="005E4D1B" w:rsidRDefault="005E4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14E65" w14:textId="77777777" w:rsidR="00C7168E" w:rsidRPr="004E3495" w:rsidRDefault="00000000">
    <w:pPr>
      <w:pStyle w:val="Pidipagina"/>
      <w:jc w:val="center"/>
      <w:rPr>
        <w:lang w:val="it-IT"/>
      </w:rPr>
    </w:pPr>
    <w:r w:rsidRPr="004E3495">
      <w:rPr>
        <w:lang w:val="it-IT"/>
      </w:rPr>
      <w:t xml:space="preserve">Allegato 1 - Scheda di Proposta Progettuale e Costi  |  Pagina </w:t>
    </w:r>
    <w:r>
      <w:fldChar w:fldCharType="begin"/>
    </w:r>
    <w:r w:rsidRPr="004E3495">
      <w:rPr>
        <w:lang w:val="it-IT"/>
      </w:rPr>
      <w:instrText>PAGE</w:instrText>
    </w:r>
    <w:r>
      <w:fldChar w:fldCharType="separate"/>
    </w:r>
    <w:r w:rsidR="004E3495" w:rsidRPr="004E3495">
      <w:rPr>
        <w:noProof/>
        <w:lang w:val="it-IT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90EC8" w14:textId="77777777" w:rsidR="005E4D1B" w:rsidRDefault="005E4D1B">
      <w:pPr>
        <w:spacing w:after="0" w:line="240" w:lineRule="auto"/>
      </w:pPr>
      <w:r>
        <w:separator/>
      </w:r>
    </w:p>
  </w:footnote>
  <w:footnote w:type="continuationSeparator" w:id="0">
    <w:p w14:paraId="20FAACAD" w14:textId="77777777" w:rsidR="005E4D1B" w:rsidRDefault="005E4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23D3" w14:textId="77777777" w:rsidR="00C7168E" w:rsidRPr="004E3495" w:rsidRDefault="00000000">
    <w:pPr>
      <w:pStyle w:val="Intestazione"/>
      <w:jc w:val="right"/>
      <w:rPr>
        <w:lang w:val="it-IT"/>
      </w:rPr>
    </w:pPr>
    <w:r w:rsidRPr="004E3495">
      <w:rPr>
        <w:lang w:val="it-IT"/>
      </w:rPr>
      <w:t>AZIENDA SPECIALE CONSORTILE B02 - Avviso Manifestazione di Interesse FSE+ Disabilità (Azione 3.k.1)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6674929">
    <w:abstractNumId w:val="8"/>
  </w:num>
  <w:num w:numId="2" w16cid:durableId="2011104257">
    <w:abstractNumId w:val="6"/>
  </w:num>
  <w:num w:numId="3" w16cid:durableId="109861112">
    <w:abstractNumId w:val="5"/>
  </w:num>
  <w:num w:numId="4" w16cid:durableId="715355257">
    <w:abstractNumId w:val="4"/>
  </w:num>
  <w:num w:numId="5" w16cid:durableId="529076584">
    <w:abstractNumId w:val="7"/>
  </w:num>
  <w:num w:numId="6" w16cid:durableId="1851480283">
    <w:abstractNumId w:val="3"/>
  </w:num>
  <w:num w:numId="7" w16cid:durableId="408499513">
    <w:abstractNumId w:val="2"/>
  </w:num>
  <w:num w:numId="8" w16cid:durableId="867448875">
    <w:abstractNumId w:val="1"/>
  </w:num>
  <w:num w:numId="9" w16cid:durableId="1554999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E3495"/>
    <w:rsid w:val="005E4D1B"/>
    <w:rsid w:val="009D5CC1"/>
    <w:rsid w:val="00AA1D8D"/>
    <w:rsid w:val="00B47730"/>
    <w:rsid w:val="00BD3648"/>
    <w:rsid w:val="00C1207A"/>
    <w:rsid w:val="00C7168E"/>
    <w:rsid w:val="00CB0664"/>
    <w:rsid w:val="00ED420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91C4EC"/>
  <w14:defaultImageDpi w14:val="300"/>
  <w15:docId w15:val="{DE0F6A3F-99E4-4303-A832-323E5247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Calibri" w:hAnsi="Calibri"/>
      <w:color w:val="333333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i/>
      <w:color w:val="7F7F7F"/>
      <w:sz w:val="17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7F7F7F"/>
      <w:sz w:val="18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ut</cp:lastModifiedBy>
  <cp:revision>6</cp:revision>
  <dcterms:created xsi:type="dcterms:W3CDTF">2026-08-20T15:44:00Z</dcterms:created>
  <dcterms:modified xsi:type="dcterms:W3CDTF">2026-08-20T15:52:00Z</dcterms:modified>
  <cp:category/>
</cp:coreProperties>
</file>